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C7FB4" w14:textId="77777777" w:rsidR="00FB7DBA" w:rsidRPr="00034399" w:rsidRDefault="00000000" w:rsidP="007359F3">
      <w:pPr>
        <w:jc w:val="center"/>
        <w:rPr>
          <w:rFonts w:hint="eastAsia"/>
          <w:lang w:val="pt-BR"/>
        </w:rPr>
      </w:pPr>
      <w:r>
        <w:pict w14:anchorId="029058C0">
          <v:rect id="_x0000_i1025" style="width:0;height:1.5pt" o:hralign="center" o:hrstd="t" o:hr="t" fillcolor="#a0a0a0" stroked="f"/>
        </w:pict>
      </w:r>
      <w:r w:rsidR="00FB7DBA" w:rsidRPr="00034399">
        <w:rPr>
          <w:rFonts w:hint="eastAsia"/>
          <w:b/>
          <w:bCs/>
          <w:color w:val="auto"/>
          <w:sz w:val="24"/>
          <w:szCs w:val="24"/>
          <w:lang w:val="pt-BR"/>
        </w:rPr>
        <w:t>REQUERIMENTO DE ADESÃO AO PROMCIC</w:t>
      </w:r>
      <w:r w:rsidR="00FB7DBA" w:rsidRPr="00034399">
        <w:rPr>
          <w:b/>
          <w:bCs/>
          <w:color w:val="auto"/>
          <w:sz w:val="24"/>
          <w:szCs w:val="24"/>
          <w:lang w:val="pt-BR"/>
        </w:rPr>
        <w:t xml:space="preserve">  - LEI MUNICIPAL Nº 3.948/2026</w:t>
      </w:r>
    </w:p>
    <w:p w14:paraId="140C1088" w14:textId="77777777" w:rsidR="005169AD" w:rsidRPr="00034399" w:rsidRDefault="00FE1E37">
      <w:pPr>
        <w:pStyle w:val="SmallNote"/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 xml:space="preserve">Programa Municipal de Conformidade Tributária das Operações de Integralização de Capital </w:t>
      </w:r>
      <w:proofErr w:type="gramStart"/>
      <w:r w:rsidRPr="00034399">
        <w:rPr>
          <w:sz w:val="20"/>
          <w:szCs w:val="20"/>
          <w:lang w:val="pt-BR"/>
        </w:rPr>
        <w:t>Social  |</w:t>
      </w:r>
      <w:proofErr w:type="gramEnd"/>
      <w:r w:rsidRPr="00034399">
        <w:rPr>
          <w:sz w:val="20"/>
          <w:szCs w:val="20"/>
          <w:lang w:val="pt-BR"/>
        </w:rPr>
        <w:t xml:space="preserve">  Lei Municipal nº 3.948, de 22 de setembro de 2026</w:t>
      </w:r>
    </w:p>
    <w:p w14:paraId="2DE2F9B7" w14:textId="77777777" w:rsidR="005169AD" w:rsidRPr="00034399" w:rsidRDefault="00FE1E37">
      <w:pPr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 xml:space="preserve">À Secretaria Municipal de Fazenda de </w:t>
      </w:r>
      <w:proofErr w:type="gramStart"/>
      <w:r w:rsidRPr="00034399">
        <w:rPr>
          <w:sz w:val="20"/>
          <w:szCs w:val="20"/>
          <w:lang w:val="pt-BR"/>
        </w:rPr>
        <w:t>Sorriso  SEMFAZ</w:t>
      </w:r>
      <w:proofErr w:type="gramEnd"/>
    </w:p>
    <w:p w14:paraId="77929FD1" w14:textId="77777777" w:rsidR="005169AD" w:rsidRPr="00034399" w:rsidRDefault="00FE1E37">
      <w:pPr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>A pessoa jurídica identificada abaixo requer a análise das operações individualizadas neste requerimento e no Anexo I, com a aplicação do regime correspondente à modalidade assinalada, após apuração da parcela tributável e da base de cálculo no procedimento cabível.</w:t>
      </w:r>
    </w:p>
    <w:p w14:paraId="4F0A19EC" w14:textId="77777777" w:rsidR="005169AD" w:rsidRDefault="00FE1E37">
      <w:pPr>
        <w:pStyle w:val="Ttulo1"/>
        <w:rPr>
          <w:rFonts w:hint="eastAsia"/>
        </w:rPr>
      </w:pPr>
      <w:r>
        <w:t xml:space="preserve">1 </w:t>
      </w:r>
      <w:proofErr w:type="spellStart"/>
      <w:r>
        <w:t>Identificação</w:t>
      </w:r>
      <w:proofErr w:type="spellEnd"/>
      <w:r>
        <w:t xml:space="preserve"> da </w:t>
      </w:r>
      <w:proofErr w:type="spellStart"/>
      <w:r>
        <w:t>requerente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760"/>
        <w:gridCol w:w="4313"/>
      </w:tblGrid>
      <w:tr w:rsidR="005169AD" w14:paraId="4ED551F0" w14:textId="77777777" w:rsidTr="007359F3">
        <w:trPr>
          <w:cantSplit/>
          <w:trHeight w:val="303"/>
        </w:trPr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51915C75" w14:textId="77777777" w:rsidR="005169AD" w:rsidRPr="00034399" w:rsidRDefault="00FE1E37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RAZÃO SOCIAL DA PESSOA JURÍDICA ADQUIRENTE</w:t>
            </w:r>
          </w:p>
          <w:p w14:paraId="5094D9A8" w14:textId="77777777" w:rsidR="005169AD" w:rsidRPr="00034399" w:rsidRDefault="005169AD">
            <w:pPr>
              <w:spacing w:after="0"/>
              <w:rPr>
                <w:rFonts w:hint="eastAsia"/>
                <w:lang w:val="pt-BR"/>
              </w:rPr>
            </w:pPr>
          </w:p>
        </w:tc>
        <w:tc>
          <w:tcPr>
            <w:tcW w:w="43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796EE41C" w14:textId="77777777" w:rsidR="005169AD" w:rsidRDefault="00FE1E37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>CNPJ</w:t>
            </w:r>
          </w:p>
          <w:p w14:paraId="2E31FD76" w14:textId="77777777" w:rsidR="005169AD" w:rsidRDefault="005169AD">
            <w:pPr>
              <w:spacing w:after="0"/>
              <w:rPr>
                <w:rFonts w:hint="eastAsia"/>
              </w:rPr>
            </w:pPr>
          </w:p>
        </w:tc>
      </w:tr>
      <w:tr w:rsidR="005169AD" w14:paraId="6D1E553D" w14:textId="77777777" w:rsidTr="007359F3">
        <w:trPr>
          <w:cantSplit/>
          <w:trHeight w:val="288"/>
        </w:trPr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68B53542" w14:textId="77777777" w:rsidR="005169AD" w:rsidRDefault="00FE1E37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>INSCRIÇÃO MUNICIPAL SE HOUVER</w:t>
            </w:r>
          </w:p>
          <w:p w14:paraId="0AC91359" w14:textId="77777777" w:rsidR="005169AD" w:rsidRDefault="005169AD">
            <w:pPr>
              <w:spacing w:after="0"/>
              <w:rPr>
                <w:rFonts w:hint="eastAsia"/>
              </w:rPr>
            </w:pPr>
          </w:p>
        </w:tc>
        <w:tc>
          <w:tcPr>
            <w:tcW w:w="43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5EF80629" w14:textId="77777777" w:rsidR="005169AD" w:rsidRDefault="00FE1E37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>ENDEREÇO COMPLETO E CEP</w:t>
            </w:r>
          </w:p>
          <w:p w14:paraId="6C114203" w14:textId="77777777" w:rsidR="005169AD" w:rsidRDefault="005169AD">
            <w:pPr>
              <w:spacing w:after="0"/>
              <w:rPr>
                <w:rFonts w:hint="eastAsia"/>
              </w:rPr>
            </w:pPr>
          </w:p>
        </w:tc>
      </w:tr>
      <w:tr w:rsidR="005169AD" w14:paraId="7035B2C6" w14:textId="77777777" w:rsidTr="007359F3">
        <w:trPr>
          <w:cantSplit/>
          <w:trHeight w:val="288"/>
        </w:trPr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3FB8F195" w14:textId="77777777" w:rsidR="005169AD" w:rsidRDefault="00FE1E37" w:rsidP="00DC5839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>REPRESENTANTE LEGAL E CARG</w:t>
            </w:r>
            <w:r w:rsidR="007359F3">
              <w:rPr>
                <w:b/>
                <w:color w:val="40464B"/>
                <w:sz w:val="14"/>
              </w:rPr>
              <w:t>O</w:t>
            </w:r>
          </w:p>
        </w:tc>
        <w:tc>
          <w:tcPr>
            <w:tcW w:w="43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3518B4AD" w14:textId="77777777" w:rsidR="005169AD" w:rsidRDefault="00FE1E37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>CPF DO REPRESENTANTE</w:t>
            </w:r>
          </w:p>
          <w:p w14:paraId="0FD818A2" w14:textId="77777777" w:rsidR="005169AD" w:rsidRDefault="005169AD">
            <w:pPr>
              <w:spacing w:after="0"/>
              <w:rPr>
                <w:rFonts w:hint="eastAsia"/>
              </w:rPr>
            </w:pPr>
          </w:p>
        </w:tc>
      </w:tr>
      <w:tr w:rsidR="005169AD" w14:paraId="69854E48" w14:textId="77777777" w:rsidTr="007359F3">
        <w:trPr>
          <w:cantSplit/>
          <w:trHeight w:val="296"/>
        </w:trPr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57185169" w14:textId="77777777" w:rsidR="005169AD" w:rsidRDefault="00FE1E37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>CORREIO ELETRÔNICO PARA CONTATO</w:t>
            </w:r>
          </w:p>
          <w:p w14:paraId="5AF8102B" w14:textId="77777777" w:rsidR="005169AD" w:rsidRDefault="005169AD">
            <w:pPr>
              <w:spacing w:after="0"/>
              <w:rPr>
                <w:rFonts w:hint="eastAsia"/>
              </w:rPr>
            </w:pPr>
          </w:p>
        </w:tc>
        <w:tc>
          <w:tcPr>
            <w:tcW w:w="43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79913874" w14:textId="77777777" w:rsidR="005169AD" w:rsidRDefault="00FE1E37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>TELEFONE PARA CONTATO</w:t>
            </w:r>
          </w:p>
          <w:p w14:paraId="532FBD7D" w14:textId="77777777" w:rsidR="005169AD" w:rsidRDefault="005169AD">
            <w:pPr>
              <w:spacing w:after="0"/>
              <w:rPr>
                <w:rFonts w:hint="eastAsia"/>
              </w:rPr>
            </w:pPr>
          </w:p>
        </w:tc>
      </w:tr>
      <w:tr w:rsidR="005169AD" w14:paraId="7C6F43F9" w14:textId="77777777" w:rsidTr="007359F3">
        <w:trPr>
          <w:cantSplit/>
          <w:trHeight w:val="288"/>
        </w:trPr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3A19133F" w14:textId="77777777" w:rsidR="005169AD" w:rsidRDefault="00FE1E37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>PROCURADOR SE HOUVER</w:t>
            </w:r>
          </w:p>
          <w:p w14:paraId="6F0431B9" w14:textId="77777777" w:rsidR="005169AD" w:rsidRDefault="005169AD">
            <w:pPr>
              <w:spacing w:after="0"/>
              <w:rPr>
                <w:rFonts w:hint="eastAsia"/>
              </w:rPr>
            </w:pPr>
          </w:p>
        </w:tc>
        <w:tc>
          <w:tcPr>
            <w:tcW w:w="43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0EF47E3F" w14:textId="77777777" w:rsidR="005169AD" w:rsidRDefault="00FE1E37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>CPF E OAB SE APLICÁVEL</w:t>
            </w:r>
          </w:p>
          <w:p w14:paraId="549BEA10" w14:textId="77777777" w:rsidR="005169AD" w:rsidRDefault="005169AD">
            <w:pPr>
              <w:spacing w:after="0"/>
              <w:rPr>
                <w:rFonts w:hint="eastAsia"/>
              </w:rPr>
            </w:pPr>
          </w:p>
        </w:tc>
      </w:tr>
    </w:tbl>
    <w:p w14:paraId="538F9154" w14:textId="77777777" w:rsidR="005169AD" w:rsidRPr="00DC5839" w:rsidRDefault="00FE1E37">
      <w:pPr>
        <w:pStyle w:val="Ttulo1"/>
        <w:rPr>
          <w:rFonts w:hint="eastAsia"/>
          <w:sz w:val="20"/>
          <w:szCs w:val="20"/>
        </w:rPr>
      </w:pPr>
      <w:r w:rsidRPr="00DC5839">
        <w:rPr>
          <w:sz w:val="20"/>
          <w:szCs w:val="20"/>
        </w:rPr>
        <w:t xml:space="preserve">2 </w:t>
      </w:r>
      <w:proofErr w:type="spellStart"/>
      <w:r w:rsidRPr="00DC5839">
        <w:rPr>
          <w:sz w:val="20"/>
          <w:szCs w:val="20"/>
        </w:rPr>
        <w:t>Modalidade</w:t>
      </w:r>
      <w:proofErr w:type="spellEnd"/>
      <w:r w:rsidRPr="00DC5839">
        <w:rPr>
          <w:sz w:val="20"/>
          <w:szCs w:val="20"/>
        </w:rPr>
        <w:t xml:space="preserve"> </w:t>
      </w:r>
      <w:proofErr w:type="spellStart"/>
      <w:r w:rsidRPr="00DC5839">
        <w:rPr>
          <w:sz w:val="20"/>
          <w:szCs w:val="20"/>
        </w:rPr>
        <w:t>solicitada</w:t>
      </w:r>
      <w:proofErr w:type="spellEnd"/>
    </w:p>
    <w:p w14:paraId="45C736AE" w14:textId="77777777" w:rsidR="005169AD" w:rsidRPr="00034399" w:rsidRDefault="00FE1E37" w:rsidP="00FB7DBA">
      <w:pPr>
        <w:pStyle w:val="Checklist"/>
        <w:spacing w:after="40" w:line="250" w:lineRule="auto"/>
        <w:jc w:val="both"/>
        <w:rPr>
          <w:rFonts w:hint="eastAsia"/>
          <w:sz w:val="20"/>
          <w:szCs w:val="20"/>
          <w:lang w:val="pt-BR"/>
        </w:rPr>
      </w:pPr>
      <w:proofErr w:type="gramStart"/>
      <w:r w:rsidRPr="00034399">
        <w:rPr>
          <w:sz w:val="18"/>
          <w:szCs w:val="20"/>
          <w:lang w:val="pt-BR"/>
        </w:rPr>
        <w:t>□  OPERAÇÃO</w:t>
      </w:r>
      <w:proofErr w:type="gramEnd"/>
      <w:r w:rsidRPr="00034399">
        <w:rPr>
          <w:sz w:val="18"/>
          <w:szCs w:val="20"/>
          <w:lang w:val="pt-BR"/>
        </w:rPr>
        <w:t xml:space="preserve"> PROSPECTIVA: aplicação temporária de 0,5% apenas à parcela tributável de fato gerador ocorrido no período legal (arts. 4º a 6º).</w:t>
      </w:r>
    </w:p>
    <w:p w14:paraId="06899206" w14:textId="77777777" w:rsidR="005169AD" w:rsidRPr="00034399" w:rsidRDefault="00FE1E37" w:rsidP="00FB7DBA">
      <w:pPr>
        <w:pStyle w:val="Checklist"/>
        <w:spacing w:after="40" w:line="250" w:lineRule="auto"/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18"/>
          <w:szCs w:val="20"/>
          <w:lang w:val="pt-BR"/>
        </w:rPr>
        <w:t>□  CRÉDITO PRETÉRITO: transação por adesão com desconto de 75% do principal definitivamente apurado e encargos recalculados sobre o principal remanescente (arts. 7º a 11).</w:t>
      </w:r>
    </w:p>
    <w:p w14:paraId="66B3975D" w14:textId="77777777" w:rsidR="005169AD" w:rsidRPr="00034399" w:rsidRDefault="00FE1E37" w:rsidP="00FB7DBA">
      <w:pPr>
        <w:pStyle w:val="SmallNote"/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>Podem ser assinaladas as duas modalidades somente quando disserem respeito a operações diferentes. Identifique cada operação separadamente no Anexo I.</w:t>
      </w:r>
    </w:p>
    <w:p w14:paraId="12C2CAEA" w14:textId="77777777" w:rsidR="005169AD" w:rsidRPr="00034399" w:rsidRDefault="00FE1E37">
      <w:pPr>
        <w:pStyle w:val="Ttulo1"/>
        <w:rPr>
          <w:rFonts w:hint="eastAsia"/>
          <w:lang w:val="pt-BR"/>
        </w:rPr>
      </w:pPr>
      <w:r w:rsidRPr="00034399">
        <w:rPr>
          <w:lang w:val="pt-BR"/>
        </w:rPr>
        <w:t>3 Relação das operações incluídas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39"/>
        <w:gridCol w:w="1622"/>
        <w:gridCol w:w="1709"/>
        <w:gridCol w:w="2780"/>
        <w:gridCol w:w="3143"/>
      </w:tblGrid>
      <w:tr w:rsidR="005169AD" w:rsidRPr="00034399" w14:paraId="5C22AACC" w14:textId="77777777" w:rsidTr="007359F3">
        <w:trPr>
          <w:trHeight w:val="325"/>
        </w:trPr>
        <w:tc>
          <w:tcPr>
            <w:tcW w:w="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55EF3DB6" w14:textId="77777777" w:rsidR="005169AD" w:rsidRDefault="00FE1E37">
            <w:pPr>
              <w:rPr>
                <w:rFonts w:hint="eastAsia"/>
              </w:rPr>
            </w:pPr>
            <w:r>
              <w:rPr>
                <w:b/>
                <w:sz w:val="15"/>
              </w:rPr>
              <w:t>Item</w:t>
            </w:r>
          </w:p>
        </w:tc>
        <w:tc>
          <w:tcPr>
            <w:tcW w:w="16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561F4CA0" w14:textId="77777777" w:rsidR="005169AD" w:rsidRDefault="00FE1E37">
            <w:pPr>
              <w:rPr>
                <w:rFonts w:hint="eastAsia"/>
              </w:rPr>
            </w:pPr>
            <w:proofErr w:type="spellStart"/>
            <w:r>
              <w:rPr>
                <w:b/>
                <w:sz w:val="15"/>
              </w:rPr>
              <w:t>Modalidade</w:t>
            </w:r>
            <w:proofErr w:type="spellEnd"/>
          </w:p>
        </w:tc>
        <w:tc>
          <w:tcPr>
            <w:tcW w:w="1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09CB8A58" w14:textId="77777777" w:rsidR="005169AD" w:rsidRPr="00034399" w:rsidRDefault="00FE1E37">
            <w:pPr>
              <w:rPr>
                <w:rFonts w:hint="eastAsia"/>
                <w:lang w:val="pt-BR"/>
              </w:rPr>
            </w:pPr>
            <w:r w:rsidRPr="00034399">
              <w:rPr>
                <w:b/>
                <w:sz w:val="15"/>
                <w:lang w:val="pt-BR"/>
              </w:rPr>
              <w:t>Data indicada do fato gerador</w:t>
            </w:r>
          </w:p>
        </w:tc>
        <w:tc>
          <w:tcPr>
            <w:tcW w:w="27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6086FAE1" w14:textId="77777777" w:rsidR="005169AD" w:rsidRDefault="00FE1E37">
            <w:pPr>
              <w:rPr>
                <w:rFonts w:hint="eastAsia"/>
              </w:rPr>
            </w:pPr>
            <w:proofErr w:type="spellStart"/>
            <w:r>
              <w:rPr>
                <w:b/>
                <w:sz w:val="15"/>
              </w:rPr>
              <w:t>Integralizante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ou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transmitente</w:t>
            </w:r>
            <w:proofErr w:type="spellEnd"/>
          </w:p>
        </w:tc>
        <w:tc>
          <w:tcPr>
            <w:tcW w:w="31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35536A52" w14:textId="77777777" w:rsidR="005169AD" w:rsidRPr="00034399" w:rsidRDefault="00FE1E37">
            <w:pPr>
              <w:rPr>
                <w:rFonts w:hint="eastAsia"/>
                <w:lang w:val="pt-BR"/>
              </w:rPr>
            </w:pPr>
            <w:r w:rsidRPr="00034399">
              <w:rPr>
                <w:b/>
                <w:sz w:val="15"/>
                <w:lang w:val="pt-BR"/>
              </w:rPr>
              <w:t>Processo ou crédito se houver</w:t>
            </w:r>
          </w:p>
        </w:tc>
      </w:tr>
      <w:tr w:rsidR="005169AD" w14:paraId="5704CFA0" w14:textId="77777777" w:rsidTr="007359F3">
        <w:trPr>
          <w:cantSplit/>
          <w:trHeight w:val="194"/>
        </w:trPr>
        <w:tc>
          <w:tcPr>
            <w:tcW w:w="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38FF3A3D" w14:textId="77777777" w:rsidR="005169AD" w:rsidRDefault="00FE1E37">
            <w:pPr>
              <w:rPr>
                <w:rFonts w:hint="eastAsia"/>
              </w:rPr>
            </w:pPr>
            <w:r>
              <w:rPr>
                <w:sz w:val="16"/>
              </w:rPr>
              <w:t>01</w:t>
            </w:r>
          </w:p>
        </w:tc>
        <w:tc>
          <w:tcPr>
            <w:tcW w:w="16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3269FFBE" w14:textId="77777777" w:rsidR="005169AD" w:rsidRDefault="00FE1E37">
            <w:pPr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1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2784DDBD" w14:textId="77777777" w:rsidR="005169AD" w:rsidRDefault="00FE1E37">
            <w:pPr>
              <w:rPr>
                <w:rFonts w:hint="eastAsia"/>
              </w:rPr>
            </w:pPr>
            <w:r>
              <w:rPr>
                <w:sz w:val="16"/>
              </w:rPr>
              <w:t>____ / ____ / ______</w:t>
            </w:r>
          </w:p>
        </w:tc>
        <w:tc>
          <w:tcPr>
            <w:tcW w:w="27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2F3B5A9A" w14:textId="77777777" w:rsidR="005169AD" w:rsidRDefault="00FE1E37">
            <w:pPr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31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130F8F9A" w14:textId="77777777" w:rsidR="005169AD" w:rsidRDefault="00FE1E37">
            <w:pPr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</w:tr>
      <w:tr w:rsidR="005169AD" w14:paraId="7CCD6880" w14:textId="77777777" w:rsidTr="007359F3">
        <w:trPr>
          <w:cantSplit/>
          <w:trHeight w:val="194"/>
        </w:trPr>
        <w:tc>
          <w:tcPr>
            <w:tcW w:w="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6E9E0E4E" w14:textId="77777777" w:rsidR="005169AD" w:rsidRDefault="00FE1E37">
            <w:pPr>
              <w:rPr>
                <w:rFonts w:hint="eastAsia"/>
              </w:rPr>
            </w:pPr>
            <w:r>
              <w:rPr>
                <w:sz w:val="16"/>
              </w:rPr>
              <w:t>02</w:t>
            </w:r>
          </w:p>
        </w:tc>
        <w:tc>
          <w:tcPr>
            <w:tcW w:w="16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4097B6BB" w14:textId="77777777" w:rsidR="005169AD" w:rsidRDefault="00FE1E37">
            <w:pPr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1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1749E918" w14:textId="77777777" w:rsidR="005169AD" w:rsidRDefault="00FE1E37">
            <w:pPr>
              <w:rPr>
                <w:rFonts w:hint="eastAsia"/>
              </w:rPr>
            </w:pPr>
            <w:r>
              <w:rPr>
                <w:sz w:val="16"/>
              </w:rPr>
              <w:t>____ / ____ / ______</w:t>
            </w:r>
          </w:p>
        </w:tc>
        <w:tc>
          <w:tcPr>
            <w:tcW w:w="27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09800A4D" w14:textId="77777777" w:rsidR="005169AD" w:rsidRDefault="00FE1E37">
            <w:pPr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31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1017D184" w14:textId="77777777" w:rsidR="005169AD" w:rsidRDefault="00FE1E37">
            <w:pPr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</w:tr>
      <w:tr w:rsidR="005169AD" w14:paraId="1D2CCC7A" w14:textId="77777777" w:rsidTr="007359F3">
        <w:trPr>
          <w:cantSplit/>
          <w:trHeight w:val="203"/>
        </w:trPr>
        <w:tc>
          <w:tcPr>
            <w:tcW w:w="8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6F2EF580" w14:textId="77777777" w:rsidR="005169AD" w:rsidRDefault="00FE1E37">
            <w:pPr>
              <w:rPr>
                <w:rFonts w:hint="eastAsia"/>
              </w:rPr>
            </w:pPr>
            <w:r>
              <w:rPr>
                <w:sz w:val="16"/>
              </w:rPr>
              <w:t>03</w:t>
            </w:r>
          </w:p>
        </w:tc>
        <w:tc>
          <w:tcPr>
            <w:tcW w:w="16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778D2B34" w14:textId="77777777" w:rsidR="005169AD" w:rsidRDefault="00FE1E37">
            <w:pPr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1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7DBF65E5" w14:textId="77777777" w:rsidR="005169AD" w:rsidRDefault="00FE1E37">
            <w:pPr>
              <w:rPr>
                <w:rFonts w:hint="eastAsia"/>
              </w:rPr>
            </w:pPr>
            <w:r>
              <w:rPr>
                <w:sz w:val="16"/>
              </w:rPr>
              <w:t>____ / ____ / ______</w:t>
            </w:r>
          </w:p>
        </w:tc>
        <w:tc>
          <w:tcPr>
            <w:tcW w:w="27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32B4F3B5" w14:textId="77777777" w:rsidR="005169AD" w:rsidRDefault="00FE1E37">
            <w:pPr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31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62F647C9" w14:textId="77777777" w:rsidR="005169AD" w:rsidRDefault="00FE1E37">
            <w:pPr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</w:tr>
    </w:tbl>
    <w:p w14:paraId="5AAD31B8" w14:textId="77777777" w:rsidR="005169AD" w:rsidRPr="00034399" w:rsidRDefault="00FE1E37">
      <w:pPr>
        <w:pStyle w:val="SmallNote"/>
        <w:rPr>
          <w:rFonts w:hint="eastAsia"/>
          <w:lang w:val="pt-BR"/>
        </w:rPr>
      </w:pPr>
      <w:r w:rsidRPr="00034399">
        <w:rPr>
          <w:lang w:val="pt-BR"/>
        </w:rPr>
        <w:t>Se houver mais de três operações, reproduza este quadro. Preencha um Anexo I para cada operação e, quando necessário, uma folha por imóvel ou direito.</w:t>
      </w:r>
    </w:p>
    <w:p w14:paraId="41595209" w14:textId="77777777" w:rsidR="005169AD" w:rsidRPr="00034399" w:rsidRDefault="00FE1E37" w:rsidP="00DC5839">
      <w:pPr>
        <w:pStyle w:val="Ttulo1"/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 xml:space="preserve">4 </w:t>
      </w:r>
      <w:r w:rsidR="00FB7DBA" w:rsidRPr="00034399">
        <w:rPr>
          <w:sz w:val="20"/>
          <w:szCs w:val="20"/>
          <w:lang w:val="pt-BR"/>
        </w:rPr>
        <w:t xml:space="preserve"> </w:t>
      </w:r>
      <w:r w:rsidRPr="00034399">
        <w:rPr>
          <w:sz w:val="20"/>
          <w:szCs w:val="20"/>
          <w:lang w:val="pt-BR"/>
        </w:rPr>
        <w:t>Pedido</w:t>
      </w:r>
    </w:p>
    <w:p w14:paraId="1AACF638" w14:textId="77777777" w:rsidR="005169AD" w:rsidRPr="00034399" w:rsidRDefault="00FE1E37" w:rsidP="00DC5839">
      <w:pPr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>Requer a conferência da documentação, a apuração individualizada da destinação societária dos bens, da eventual atividade preponderante e da base de cálculo; se cabível, requer a emissão da guia da operação prospectiva ou a apresentação do saldo da transação para aceitação específica e homologação pela autoridade competente.</w:t>
      </w:r>
    </w:p>
    <w:p w14:paraId="786E78BD" w14:textId="77777777" w:rsidR="00FB7DBA" w:rsidRDefault="00FE1E37" w:rsidP="00FB7DBA">
      <w:pPr>
        <w:pStyle w:val="SmallNote"/>
        <w:jc w:val="both"/>
        <w:rPr>
          <w:rFonts w:hint="eastAsia"/>
          <w:sz w:val="20"/>
          <w:szCs w:val="20"/>
        </w:rPr>
      </w:pPr>
      <w:r w:rsidRPr="00034399">
        <w:rPr>
          <w:sz w:val="20"/>
          <w:szCs w:val="20"/>
          <w:lang w:val="pt-BR"/>
        </w:rPr>
        <w:t xml:space="preserve">Protocole até a data de encerramento definida no art. 19. </w:t>
      </w:r>
      <w:r w:rsidRPr="00DC5839">
        <w:rPr>
          <w:sz w:val="20"/>
          <w:szCs w:val="20"/>
        </w:rPr>
        <w:t xml:space="preserve">O </w:t>
      </w:r>
      <w:proofErr w:type="spellStart"/>
      <w:r w:rsidRPr="00DC5839">
        <w:rPr>
          <w:sz w:val="20"/>
          <w:szCs w:val="20"/>
        </w:rPr>
        <w:t>benefício</w:t>
      </w:r>
      <w:proofErr w:type="spellEnd"/>
      <w:r w:rsidRPr="00DC5839">
        <w:rPr>
          <w:sz w:val="20"/>
          <w:szCs w:val="20"/>
        </w:rPr>
        <w:t xml:space="preserve"> </w:t>
      </w:r>
      <w:proofErr w:type="spellStart"/>
      <w:r w:rsidRPr="00DC5839">
        <w:rPr>
          <w:sz w:val="20"/>
          <w:szCs w:val="20"/>
        </w:rPr>
        <w:t>depende</w:t>
      </w:r>
      <w:proofErr w:type="spellEnd"/>
      <w:r w:rsidRPr="00DC5839">
        <w:rPr>
          <w:sz w:val="20"/>
          <w:szCs w:val="20"/>
        </w:rPr>
        <w:t xml:space="preserve"> da </w:t>
      </w:r>
      <w:proofErr w:type="spellStart"/>
      <w:r w:rsidRPr="00DC5839">
        <w:rPr>
          <w:sz w:val="20"/>
          <w:szCs w:val="20"/>
        </w:rPr>
        <w:t>condição</w:t>
      </w:r>
      <w:proofErr w:type="spellEnd"/>
      <w:r w:rsidRPr="00DC5839">
        <w:rPr>
          <w:sz w:val="20"/>
          <w:szCs w:val="20"/>
        </w:rPr>
        <w:t xml:space="preserve"> do art. 18 e dos </w:t>
      </w:r>
      <w:proofErr w:type="spellStart"/>
      <w:r w:rsidRPr="00DC5839">
        <w:rPr>
          <w:sz w:val="20"/>
          <w:szCs w:val="20"/>
        </w:rPr>
        <w:t>requisitos</w:t>
      </w:r>
      <w:proofErr w:type="spellEnd"/>
      <w:r w:rsidRPr="00DC5839">
        <w:rPr>
          <w:sz w:val="20"/>
          <w:szCs w:val="20"/>
        </w:rPr>
        <w:t xml:space="preserve"> da </w:t>
      </w:r>
      <w:proofErr w:type="spellStart"/>
      <w:r w:rsidRPr="00DC5839">
        <w:rPr>
          <w:sz w:val="20"/>
          <w:szCs w:val="20"/>
        </w:rPr>
        <w:t>modalidade</w:t>
      </w:r>
      <w:proofErr w:type="spellEnd"/>
      <w:r w:rsidRPr="00DC5839">
        <w:rPr>
          <w:sz w:val="20"/>
          <w:szCs w:val="20"/>
        </w:rPr>
        <w:t xml:space="preserve">; o </w:t>
      </w:r>
      <w:proofErr w:type="spellStart"/>
      <w:r w:rsidRPr="00DC5839">
        <w:rPr>
          <w:sz w:val="20"/>
          <w:szCs w:val="20"/>
        </w:rPr>
        <w:t>protocolo</w:t>
      </w:r>
      <w:proofErr w:type="spellEnd"/>
      <w:r w:rsidRPr="00DC5839">
        <w:rPr>
          <w:sz w:val="20"/>
          <w:szCs w:val="20"/>
        </w:rPr>
        <w:t xml:space="preserve"> </w:t>
      </w:r>
      <w:proofErr w:type="spellStart"/>
      <w:r w:rsidRPr="00DC5839">
        <w:rPr>
          <w:sz w:val="20"/>
          <w:szCs w:val="20"/>
        </w:rPr>
        <w:t>não</w:t>
      </w:r>
      <w:proofErr w:type="spellEnd"/>
      <w:r w:rsidRPr="00DC5839">
        <w:rPr>
          <w:sz w:val="20"/>
          <w:szCs w:val="20"/>
        </w:rPr>
        <w:t xml:space="preserve"> equivale a </w:t>
      </w:r>
      <w:proofErr w:type="spellStart"/>
      <w:r w:rsidRPr="00DC5839">
        <w:rPr>
          <w:sz w:val="20"/>
          <w:szCs w:val="20"/>
        </w:rPr>
        <w:t>deferimento</w:t>
      </w:r>
      <w:proofErr w:type="spellEnd"/>
      <w:r w:rsidRPr="00DC5839">
        <w:rPr>
          <w:sz w:val="20"/>
          <w:szCs w:val="20"/>
        </w:rPr>
        <w:t>.</w:t>
      </w:r>
      <w:r w:rsidR="00FB7DBA">
        <w:rPr>
          <w:sz w:val="20"/>
          <w:szCs w:val="20"/>
        </w:rPr>
        <w:t xml:space="preserve"> </w:t>
      </w:r>
    </w:p>
    <w:p w14:paraId="411AE5EB" w14:textId="77777777" w:rsidR="005169AD" w:rsidRPr="00034399" w:rsidRDefault="00FE1E37" w:rsidP="00FB7DBA">
      <w:pPr>
        <w:pStyle w:val="SmallNote"/>
        <w:jc w:val="center"/>
        <w:rPr>
          <w:rFonts w:hint="eastAsia"/>
          <w:b/>
          <w:bCs/>
          <w:color w:val="auto"/>
          <w:sz w:val="28"/>
          <w:szCs w:val="28"/>
          <w:lang w:val="pt-BR"/>
        </w:rPr>
      </w:pPr>
      <w:r w:rsidRPr="00034399">
        <w:rPr>
          <w:b/>
          <w:bCs/>
          <w:color w:val="auto"/>
          <w:sz w:val="28"/>
          <w:szCs w:val="28"/>
          <w:lang w:val="pt-BR"/>
        </w:rPr>
        <w:t>Anexo I</w:t>
      </w:r>
      <w:r w:rsidR="00FB7DBA" w:rsidRPr="00034399">
        <w:rPr>
          <w:b/>
          <w:bCs/>
          <w:color w:val="auto"/>
          <w:sz w:val="28"/>
          <w:szCs w:val="28"/>
          <w:lang w:val="pt-BR"/>
        </w:rPr>
        <w:t xml:space="preserve"> - </w:t>
      </w:r>
      <w:r w:rsidRPr="00034399">
        <w:rPr>
          <w:b/>
          <w:bCs/>
          <w:color w:val="auto"/>
          <w:sz w:val="28"/>
          <w:szCs w:val="28"/>
          <w:lang w:val="pt-BR"/>
        </w:rPr>
        <w:t xml:space="preserve"> Identificação da operação e do bem</w:t>
      </w:r>
    </w:p>
    <w:p w14:paraId="3FF33A91" w14:textId="77777777" w:rsidR="005169AD" w:rsidRPr="00034399" w:rsidRDefault="00FE1E37" w:rsidP="00DC5839">
      <w:pPr>
        <w:pStyle w:val="SmallNote"/>
        <w:jc w:val="center"/>
        <w:rPr>
          <w:rFonts w:hint="eastAsia"/>
          <w:lang w:val="pt-BR"/>
        </w:rPr>
      </w:pPr>
      <w:r w:rsidRPr="00034399">
        <w:rPr>
          <w:lang w:val="pt-BR"/>
        </w:rPr>
        <w:lastRenderedPageBreak/>
        <w:t>Use uma folha por operação e reproduza a identificação e os valores para cada bem ou direito distinto.</w:t>
      </w:r>
    </w:p>
    <w:p w14:paraId="711AB07A" w14:textId="77777777" w:rsidR="005169AD" w:rsidRDefault="00FE1E37">
      <w:pPr>
        <w:pStyle w:val="Ttulo1"/>
        <w:rPr>
          <w:rFonts w:hint="eastAsia"/>
        </w:rPr>
      </w:pPr>
      <w:r>
        <w:t xml:space="preserve">1 </w:t>
      </w:r>
      <w:proofErr w:type="spellStart"/>
      <w:r>
        <w:t>Operação</w:t>
      </w:r>
      <w:proofErr w:type="spellEnd"/>
      <w:r>
        <w:t xml:space="preserve"> </w:t>
      </w:r>
      <w:proofErr w:type="spellStart"/>
      <w:r>
        <w:t>societária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22"/>
        <w:gridCol w:w="3032"/>
        <w:gridCol w:w="4173"/>
      </w:tblGrid>
      <w:tr w:rsidR="005169AD" w:rsidRPr="00034399" w14:paraId="664221D3" w14:textId="77777777" w:rsidTr="00DC5839">
        <w:trPr>
          <w:cantSplit/>
          <w:trHeight w:val="572"/>
        </w:trPr>
        <w:tc>
          <w:tcPr>
            <w:tcW w:w="2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27F1366D" w14:textId="77777777" w:rsidR="005169AD" w:rsidRDefault="00FE1E37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>ITEM DA RELAÇÃO</w:t>
            </w:r>
          </w:p>
          <w:p w14:paraId="6BC1C20C" w14:textId="77777777" w:rsidR="005169AD" w:rsidRDefault="005169AD">
            <w:pPr>
              <w:spacing w:after="0"/>
              <w:rPr>
                <w:rFonts w:hint="eastAsia"/>
              </w:rPr>
            </w:pPr>
          </w:p>
        </w:tc>
        <w:tc>
          <w:tcPr>
            <w:tcW w:w="3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033E2705" w14:textId="77777777" w:rsidR="005169AD" w:rsidRDefault="00FE1E37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>MODALIDADE PROSPECTIVA OU PRETÉRITA</w:t>
            </w:r>
          </w:p>
          <w:p w14:paraId="026BAA96" w14:textId="77777777" w:rsidR="005169AD" w:rsidRDefault="005169AD">
            <w:pPr>
              <w:spacing w:after="0"/>
              <w:rPr>
                <w:rFonts w:hint="eastAsia"/>
              </w:rPr>
            </w:pPr>
          </w:p>
        </w:tc>
        <w:tc>
          <w:tcPr>
            <w:tcW w:w="41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777BDFB5" w14:textId="77777777" w:rsidR="005169AD" w:rsidRPr="00034399" w:rsidRDefault="00FE1E37" w:rsidP="00DC5839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PESSOA FÍSICA OU JURÍDICA INTEGRALIZANTE</w:t>
            </w:r>
          </w:p>
        </w:tc>
      </w:tr>
      <w:tr w:rsidR="005169AD" w14:paraId="3A202648" w14:textId="77777777" w:rsidTr="00DC5839">
        <w:trPr>
          <w:cantSplit/>
          <w:trHeight w:val="544"/>
        </w:trPr>
        <w:tc>
          <w:tcPr>
            <w:tcW w:w="28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121896C3" w14:textId="77777777" w:rsidR="005169AD" w:rsidRDefault="00FE1E37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>CPF OU CNPJ DO INTEGRALIZANTE</w:t>
            </w:r>
          </w:p>
          <w:p w14:paraId="545C7B06" w14:textId="77777777" w:rsidR="005169AD" w:rsidRDefault="005169AD">
            <w:pPr>
              <w:spacing w:after="0"/>
              <w:rPr>
                <w:rFonts w:hint="eastAsia"/>
              </w:rPr>
            </w:pPr>
          </w:p>
        </w:tc>
        <w:tc>
          <w:tcPr>
            <w:tcW w:w="3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7AE87A41" w14:textId="77777777" w:rsidR="005169AD" w:rsidRPr="00034399" w:rsidRDefault="00FE1E37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TIPO E DATA DO ATO SOCIETÁRIO</w:t>
            </w:r>
          </w:p>
          <w:p w14:paraId="43A71117" w14:textId="77777777" w:rsidR="005169AD" w:rsidRPr="00034399" w:rsidRDefault="005169AD">
            <w:pPr>
              <w:spacing w:after="0"/>
              <w:rPr>
                <w:rFonts w:hint="eastAsia"/>
                <w:lang w:val="pt-BR"/>
              </w:rPr>
            </w:pPr>
          </w:p>
        </w:tc>
        <w:tc>
          <w:tcPr>
            <w:tcW w:w="41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7B477465" w14:textId="77777777" w:rsidR="005169AD" w:rsidRDefault="00FE1E37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>NÚMERO DO REGISTRO E DATA</w:t>
            </w:r>
          </w:p>
          <w:p w14:paraId="7F494D1C" w14:textId="77777777" w:rsidR="005169AD" w:rsidRDefault="005169AD">
            <w:pPr>
              <w:spacing w:after="0"/>
              <w:rPr>
                <w:rFonts w:hint="eastAsia"/>
              </w:rPr>
            </w:pPr>
          </w:p>
        </w:tc>
      </w:tr>
      <w:tr w:rsidR="00DC5839" w:rsidRPr="00034399" w14:paraId="68D230BA" w14:textId="77777777" w:rsidTr="00DC5839">
        <w:trPr>
          <w:cantSplit/>
          <w:trHeight w:val="544"/>
        </w:trPr>
        <w:tc>
          <w:tcPr>
            <w:tcW w:w="1002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7E695C6A" w14:textId="77777777" w:rsidR="00DC5839" w:rsidRPr="00034399" w:rsidRDefault="00DC5839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INSTRUMENTO DA TRANSMISSÃO E DATA SE HOUVER</w:t>
            </w:r>
          </w:p>
          <w:p w14:paraId="2B0B3A8E" w14:textId="77777777" w:rsidR="00DC5839" w:rsidRPr="00034399" w:rsidRDefault="00DC5839">
            <w:pPr>
              <w:spacing w:after="0"/>
              <w:rPr>
                <w:rFonts w:hint="eastAsia"/>
                <w:lang w:val="pt-BR"/>
              </w:rPr>
            </w:pPr>
          </w:p>
        </w:tc>
      </w:tr>
    </w:tbl>
    <w:p w14:paraId="62A432EC" w14:textId="77777777" w:rsidR="005169AD" w:rsidRDefault="00FE1E37">
      <w:pPr>
        <w:pStyle w:val="Ttulo1"/>
        <w:rPr>
          <w:rFonts w:hint="eastAsia"/>
        </w:rPr>
      </w:pPr>
      <w:r>
        <w:t xml:space="preserve">2 </w:t>
      </w:r>
      <w:proofErr w:type="spellStart"/>
      <w:r>
        <w:t>Imóvel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direito</w:t>
      </w:r>
      <w:proofErr w:type="spellEnd"/>
      <w:r>
        <w:t xml:space="preserve"> </w:t>
      </w:r>
      <w:proofErr w:type="spellStart"/>
      <w:r>
        <w:t>transmitido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09"/>
        <w:gridCol w:w="2693"/>
        <w:gridCol w:w="709"/>
        <w:gridCol w:w="3426"/>
      </w:tblGrid>
      <w:tr w:rsidR="005169AD" w14:paraId="2CD067DC" w14:textId="77777777" w:rsidTr="00DC5839">
        <w:trPr>
          <w:cantSplit/>
        </w:trPr>
        <w:tc>
          <w:tcPr>
            <w:tcW w:w="32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50428264" w14:textId="77777777" w:rsidR="005169AD" w:rsidRPr="00034399" w:rsidRDefault="00FE1E37" w:rsidP="00DC5839">
            <w:pPr>
              <w:spacing w:after="40"/>
              <w:rPr>
                <w:rFonts w:hint="eastAsia"/>
                <w:b/>
                <w:color w:val="40464B"/>
                <w:sz w:val="14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NATUREZA URBANO OU RURAL</w:t>
            </w:r>
          </w:p>
          <w:p w14:paraId="22911D6E" w14:textId="77777777" w:rsidR="00DC5839" w:rsidRPr="00034399" w:rsidRDefault="00DC5839" w:rsidP="00DC5839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lang w:val="pt-BR"/>
              </w:rPr>
              <w:t>□ URBANO</w:t>
            </w:r>
          </w:p>
          <w:p w14:paraId="3422DC67" w14:textId="77777777" w:rsidR="00DC5839" w:rsidRPr="00034399" w:rsidRDefault="00DC5839" w:rsidP="00DC5839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lang w:val="pt-BR"/>
              </w:rPr>
              <w:t>□ RURAL</w:t>
            </w:r>
          </w:p>
        </w:tc>
        <w:tc>
          <w:tcPr>
            <w:tcW w:w="340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386E3449" w14:textId="77777777" w:rsidR="005169AD" w:rsidRDefault="00FE1E37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>MATRÍCULA E REGISTRO DE IMÓVEIS</w:t>
            </w:r>
          </w:p>
          <w:p w14:paraId="76D89854" w14:textId="77777777" w:rsidR="005169AD" w:rsidRDefault="005169AD">
            <w:pPr>
              <w:spacing w:after="0"/>
              <w:rPr>
                <w:rFonts w:hint="eastAsia"/>
              </w:rPr>
            </w:pPr>
          </w:p>
        </w:tc>
        <w:tc>
          <w:tcPr>
            <w:tcW w:w="34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6E58B71D" w14:textId="77777777" w:rsidR="005169AD" w:rsidRPr="00034399" w:rsidRDefault="00FE1E37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INSCRIÇÃO IMOBILIÁRIA OU CIB SE HOUVER</w:t>
            </w:r>
          </w:p>
          <w:p w14:paraId="5C75C340" w14:textId="77777777" w:rsidR="005169AD" w:rsidRDefault="00FE1E37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_</w:t>
            </w:r>
          </w:p>
        </w:tc>
      </w:tr>
      <w:tr w:rsidR="005169AD" w:rsidRPr="00034399" w14:paraId="0F2066A2" w14:textId="77777777" w:rsidTr="00DC5839">
        <w:trPr>
          <w:cantSplit/>
        </w:trPr>
        <w:tc>
          <w:tcPr>
            <w:tcW w:w="590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522D3531" w14:textId="77777777" w:rsidR="005169AD" w:rsidRPr="00034399" w:rsidRDefault="00FE1E37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ENDEREÇO OU IDENTIFICAÇÃO RURAL E MUNICÍPIO</w:t>
            </w:r>
          </w:p>
          <w:p w14:paraId="2B5E8393" w14:textId="77777777" w:rsidR="005169AD" w:rsidRPr="00034399" w:rsidRDefault="005169AD">
            <w:pPr>
              <w:spacing w:after="0"/>
              <w:rPr>
                <w:rFonts w:hint="eastAsia"/>
                <w:lang w:val="pt-BR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63EA7205" w14:textId="77777777" w:rsidR="005169AD" w:rsidRPr="00034399" w:rsidRDefault="00FE1E37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ÁREA DO TERRENO E ÁREA CONSTRUÍDA SE HOUVER</w:t>
            </w:r>
          </w:p>
          <w:p w14:paraId="34251EEE" w14:textId="77777777" w:rsidR="005169AD" w:rsidRPr="00034399" w:rsidRDefault="005169AD">
            <w:pPr>
              <w:spacing w:after="0"/>
              <w:rPr>
                <w:rFonts w:hint="eastAsia"/>
                <w:lang w:val="pt-BR"/>
              </w:rPr>
            </w:pPr>
          </w:p>
        </w:tc>
      </w:tr>
      <w:tr w:rsidR="005169AD" w:rsidRPr="00034399" w14:paraId="1E321BE0" w14:textId="77777777" w:rsidTr="00DC5839">
        <w:trPr>
          <w:cantSplit/>
        </w:trPr>
        <w:tc>
          <w:tcPr>
            <w:tcW w:w="590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690E03FB" w14:textId="77777777" w:rsidR="005169AD" w:rsidRPr="00034399" w:rsidRDefault="00FE1E37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DESCRIÇÃO DO DIREITO TRANSMITIDO E FRAÇÃO IDEAL</w:t>
            </w:r>
          </w:p>
          <w:p w14:paraId="59BB97B0" w14:textId="77777777" w:rsidR="005169AD" w:rsidRPr="00034399" w:rsidRDefault="005169AD">
            <w:pPr>
              <w:spacing w:after="0"/>
              <w:rPr>
                <w:rFonts w:hint="eastAsia"/>
                <w:lang w:val="pt-BR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0CB71D2C" w14:textId="77777777" w:rsidR="005169AD" w:rsidRPr="00034399" w:rsidRDefault="00FE1E37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TÍTULO AQUISITIVO OU DOCUMENTO DE ORIGEM</w:t>
            </w:r>
          </w:p>
          <w:p w14:paraId="67E6D97A" w14:textId="77777777" w:rsidR="005169AD" w:rsidRPr="00034399" w:rsidRDefault="005169AD">
            <w:pPr>
              <w:spacing w:after="0"/>
              <w:rPr>
                <w:rFonts w:hint="eastAsia"/>
                <w:lang w:val="pt-BR"/>
              </w:rPr>
            </w:pPr>
          </w:p>
        </w:tc>
      </w:tr>
    </w:tbl>
    <w:p w14:paraId="03643233" w14:textId="77777777" w:rsidR="005169AD" w:rsidRDefault="00FE1E37">
      <w:pPr>
        <w:pStyle w:val="Ttulo1"/>
        <w:rPr>
          <w:rFonts w:hint="eastAsia"/>
        </w:rPr>
      </w:pPr>
      <w:r>
        <w:t xml:space="preserve">3 </w:t>
      </w:r>
      <w:proofErr w:type="spellStart"/>
      <w:r>
        <w:t>Destinação</w:t>
      </w:r>
      <w:proofErr w:type="spellEnd"/>
      <w:r>
        <w:t xml:space="preserve"> </w:t>
      </w:r>
      <w:proofErr w:type="spellStart"/>
      <w:r>
        <w:t>societária</w:t>
      </w:r>
      <w:proofErr w:type="spellEnd"/>
      <w:r>
        <w:t xml:space="preserve"> e </w:t>
      </w:r>
      <w:proofErr w:type="spellStart"/>
      <w:r>
        <w:t>valores</w:t>
      </w:r>
      <w:proofErr w:type="spellEnd"/>
      <w:r>
        <w:t xml:space="preserve"> </w:t>
      </w:r>
      <w:proofErr w:type="spellStart"/>
      <w:r>
        <w:t>declarados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7"/>
        <w:gridCol w:w="1134"/>
        <w:gridCol w:w="2126"/>
        <w:gridCol w:w="3710"/>
      </w:tblGrid>
      <w:tr w:rsidR="005169AD" w:rsidRPr="00034399" w14:paraId="618A46EF" w14:textId="77777777" w:rsidTr="00FB7DBA">
        <w:trPr>
          <w:cantSplit/>
        </w:trPr>
        <w:tc>
          <w:tcPr>
            <w:tcW w:w="30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35E68F7E" w14:textId="77777777" w:rsidR="005169AD" w:rsidRPr="00034399" w:rsidRDefault="00FE1E37" w:rsidP="00DC5839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VALOR DECLARADO DO BEM OU DIREITO R$</w:t>
            </w:r>
          </w:p>
        </w:tc>
        <w:tc>
          <w:tcPr>
            <w:tcW w:w="3260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691B9AC1" w14:textId="77777777" w:rsidR="005169AD" w:rsidRPr="00034399" w:rsidRDefault="00FE1E37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VALOR DESTINADO AO CAPITAL SUBSCRITO R$</w:t>
            </w:r>
          </w:p>
          <w:p w14:paraId="630CD0FA" w14:textId="77777777" w:rsidR="005169AD" w:rsidRPr="00034399" w:rsidRDefault="005169AD">
            <w:pPr>
              <w:spacing w:after="0"/>
              <w:rPr>
                <w:rFonts w:hint="eastAsia"/>
                <w:lang w:val="pt-BR"/>
              </w:rPr>
            </w:pPr>
          </w:p>
        </w:tc>
        <w:tc>
          <w:tcPr>
            <w:tcW w:w="37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7DB9F21D" w14:textId="77777777" w:rsidR="005169AD" w:rsidRPr="00034399" w:rsidRDefault="00FE1E37" w:rsidP="00FB7DBA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VALOR DESTINADO A RESERVA OU OUTRA CONTA R$</w:t>
            </w:r>
          </w:p>
        </w:tc>
      </w:tr>
      <w:tr w:rsidR="005169AD" w:rsidRPr="00034399" w14:paraId="47AA42DD" w14:textId="77777777" w:rsidTr="00FB7DBA">
        <w:trPr>
          <w:cantSplit/>
        </w:trPr>
        <w:tc>
          <w:tcPr>
            <w:tcW w:w="4201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10D0172B" w14:textId="77777777" w:rsidR="005169AD" w:rsidRPr="00034399" w:rsidRDefault="00FE1E37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CONTA CONTÁBIL E LANÇAMENTO DE CAPITAL</w:t>
            </w:r>
          </w:p>
          <w:p w14:paraId="1A158605" w14:textId="77777777" w:rsidR="005169AD" w:rsidRPr="00034399" w:rsidRDefault="005169AD">
            <w:pPr>
              <w:spacing w:after="0"/>
              <w:rPr>
                <w:rFonts w:hint="eastAsia"/>
                <w:lang w:val="pt-BR"/>
              </w:rPr>
            </w:pPr>
          </w:p>
        </w:tc>
        <w:tc>
          <w:tcPr>
            <w:tcW w:w="5836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46C32689" w14:textId="77777777" w:rsidR="005169AD" w:rsidRPr="00034399" w:rsidRDefault="00FE1E37" w:rsidP="00FB7DBA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CONTA CONTÁBIL DE RESERVA OU OUTRA DESTINAÇÃO</w:t>
            </w:r>
          </w:p>
        </w:tc>
      </w:tr>
    </w:tbl>
    <w:p w14:paraId="69D4041B" w14:textId="77777777" w:rsidR="005169AD" w:rsidRPr="00034399" w:rsidRDefault="00FE1E37">
      <w:pPr>
        <w:rPr>
          <w:rFonts w:hint="eastAsia"/>
          <w:lang w:val="pt-BR"/>
        </w:rPr>
      </w:pPr>
      <w:r w:rsidRPr="00034399">
        <w:rPr>
          <w:lang w:val="pt-BR"/>
        </w:rPr>
        <w:t>Parcela que a requerente entende tributável e respectiva razão, caso exista: _________________________________________________</w:t>
      </w:r>
    </w:p>
    <w:p w14:paraId="05AE6843" w14:textId="77777777" w:rsidR="005169AD" w:rsidRPr="00034399" w:rsidRDefault="00FE1E37">
      <w:pPr>
        <w:rPr>
          <w:rFonts w:hint="eastAsia"/>
          <w:lang w:val="pt-BR"/>
        </w:rPr>
      </w:pPr>
      <w:r w:rsidRPr="00034399">
        <w:rPr>
          <w:lang w:val="pt-BR"/>
        </w:rPr>
        <w:t>____________________________________________________________________________________________</w:t>
      </w:r>
    </w:p>
    <w:p w14:paraId="0EE28DC3" w14:textId="77777777" w:rsidR="005169AD" w:rsidRPr="00034399" w:rsidRDefault="00FE1E37">
      <w:pPr>
        <w:pStyle w:val="SmallNote"/>
        <w:rPr>
          <w:rFonts w:hint="eastAsia"/>
          <w:lang w:val="pt-BR"/>
        </w:rPr>
      </w:pPr>
      <w:r w:rsidRPr="00034399">
        <w:rPr>
          <w:lang w:val="pt-BR"/>
        </w:rPr>
        <w:t>A simples diferença entre o valor declarado para integralização e o valor de mercado não caracteriza, por si, parcela tributável (art. 12, § 1º). A definição caberá à análise conjunta dos elementos probatórios.</w:t>
      </w:r>
    </w:p>
    <w:p w14:paraId="246526E4" w14:textId="77777777" w:rsidR="005169AD" w:rsidRPr="00034399" w:rsidRDefault="00FE1E37">
      <w:pPr>
        <w:pStyle w:val="Ttulo1"/>
        <w:rPr>
          <w:rFonts w:hint="eastAsia"/>
          <w:lang w:val="pt-BR"/>
        </w:rPr>
      </w:pPr>
      <w:r w:rsidRPr="00034399">
        <w:rPr>
          <w:lang w:val="pt-BR"/>
        </w:rPr>
        <w:t>4 Informação adicional para crédito pretérito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10"/>
        <w:gridCol w:w="3361"/>
        <w:gridCol w:w="3243"/>
      </w:tblGrid>
      <w:tr w:rsidR="005169AD" w:rsidRPr="00034399" w14:paraId="568C4B4E" w14:textId="77777777" w:rsidTr="00FB7DBA">
        <w:trPr>
          <w:cantSplit/>
          <w:trHeight w:val="528"/>
        </w:trPr>
        <w:tc>
          <w:tcPr>
            <w:tcW w:w="33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5791C361" w14:textId="77777777" w:rsidR="005169AD" w:rsidRDefault="00FE1E37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>NÚMERO DO PROCESSO ADMINISTRATIVO PRETÉRITO</w:t>
            </w:r>
          </w:p>
          <w:p w14:paraId="0E01562E" w14:textId="77777777" w:rsidR="005169AD" w:rsidRDefault="005169AD">
            <w:pPr>
              <w:spacing w:after="0"/>
              <w:rPr>
                <w:rFonts w:hint="eastAsia"/>
              </w:rPr>
            </w:pPr>
          </w:p>
        </w:tc>
        <w:tc>
          <w:tcPr>
            <w:tcW w:w="33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6453D270" w14:textId="77777777" w:rsidR="005169AD" w:rsidRDefault="00FB7DBA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 xml:space="preserve"> </w:t>
            </w:r>
            <w:r w:rsidR="00FE1E37">
              <w:rPr>
                <w:b/>
                <w:color w:val="40464B"/>
                <w:sz w:val="14"/>
              </w:rPr>
              <w:t>NÚMERO DO TERMO DE ARBITRAMENTO</w:t>
            </w:r>
          </w:p>
          <w:p w14:paraId="7EBD0792" w14:textId="77777777" w:rsidR="005169AD" w:rsidRDefault="005169AD">
            <w:pPr>
              <w:spacing w:after="0"/>
              <w:rPr>
                <w:rFonts w:hint="eastAsia"/>
              </w:rPr>
            </w:pPr>
          </w:p>
        </w:tc>
        <w:tc>
          <w:tcPr>
            <w:tcW w:w="32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34D87A07" w14:textId="77777777" w:rsidR="005169AD" w:rsidRPr="00034399" w:rsidRDefault="00FE1E37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NÚMERO DO PROCESSO JUDICIAL SE AJUIZADO</w:t>
            </w:r>
          </w:p>
          <w:p w14:paraId="6FCE4079" w14:textId="77777777" w:rsidR="005169AD" w:rsidRPr="00034399" w:rsidRDefault="005169AD">
            <w:pPr>
              <w:spacing w:after="0"/>
              <w:rPr>
                <w:rFonts w:hint="eastAsia"/>
                <w:lang w:val="pt-BR"/>
              </w:rPr>
            </w:pPr>
          </w:p>
        </w:tc>
      </w:tr>
    </w:tbl>
    <w:p w14:paraId="5F31D829" w14:textId="77777777" w:rsidR="005169AD" w:rsidRPr="00034399" w:rsidRDefault="00FE1E37">
      <w:pPr>
        <w:rPr>
          <w:rFonts w:hint="eastAsia"/>
          <w:lang w:val="pt-BR"/>
        </w:rPr>
      </w:pPr>
      <w:r w:rsidRPr="00034399">
        <w:rPr>
          <w:lang w:val="pt-BR"/>
        </w:rPr>
        <w:t>Situação:</w:t>
      </w:r>
      <w:r w:rsidR="00DC5839" w:rsidRPr="00034399">
        <w:rPr>
          <w:lang w:val="pt-BR"/>
        </w:rPr>
        <w:t xml:space="preserve">      </w:t>
      </w:r>
      <w:r w:rsidRPr="00034399">
        <w:rPr>
          <w:lang w:val="pt-BR"/>
        </w:rPr>
        <w:t xml:space="preserve"> □ não constituído   </w:t>
      </w:r>
      <w:r w:rsidR="00DC5839" w:rsidRPr="00034399">
        <w:rPr>
          <w:lang w:val="pt-BR"/>
        </w:rPr>
        <w:t xml:space="preserve">      </w:t>
      </w:r>
      <w:r w:rsidRPr="00034399">
        <w:rPr>
          <w:lang w:val="pt-BR"/>
        </w:rPr>
        <w:t xml:space="preserve">□ constituído   </w:t>
      </w:r>
      <w:r w:rsidR="00DC5839" w:rsidRPr="00034399">
        <w:rPr>
          <w:lang w:val="pt-BR"/>
        </w:rPr>
        <w:t xml:space="preserve">    </w:t>
      </w:r>
      <w:r w:rsidRPr="00034399">
        <w:rPr>
          <w:lang w:val="pt-BR"/>
        </w:rPr>
        <w:t xml:space="preserve">□ dívida ativa  </w:t>
      </w:r>
      <w:r w:rsidR="00DC5839" w:rsidRPr="00034399">
        <w:rPr>
          <w:lang w:val="pt-BR"/>
        </w:rPr>
        <w:t xml:space="preserve">      </w:t>
      </w:r>
      <w:r w:rsidRPr="00034399">
        <w:rPr>
          <w:lang w:val="pt-BR"/>
        </w:rPr>
        <w:t xml:space="preserve"> □ discussão administrativa   </w:t>
      </w:r>
      <w:r w:rsidR="00DC5839" w:rsidRPr="00034399">
        <w:rPr>
          <w:lang w:val="pt-BR"/>
        </w:rPr>
        <w:t xml:space="preserve">       </w:t>
      </w:r>
      <w:r w:rsidRPr="00034399">
        <w:rPr>
          <w:lang w:val="pt-BR"/>
        </w:rPr>
        <w:t>□ ação judicial</w:t>
      </w:r>
    </w:p>
    <w:p w14:paraId="163E7B28" w14:textId="77777777" w:rsidR="005169AD" w:rsidRPr="00034399" w:rsidRDefault="00FE1E37">
      <w:pPr>
        <w:rPr>
          <w:rFonts w:hint="eastAsia"/>
          <w:lang w:val="pt-BR"/>
        </w:rPr>
      </w:pPr>
      <w:r w:rsidRPr="00034399">
        <w:rPr>
          <w:lang w:val="pt-BR"/>
        </w:rPr>
        <w:t>Lançamento ou inscrição, créditos e pagamentos vinculados: _______________________________________________________________</w:t>
      </w:r>
    </w:p>
    <w:p w14:paraId="76077456" w14:textId="77777777" w:rsidR="005169AD" w:rsidRPr="00034399" w:rsidRDefault="00FE1E37">
      <w:pPr>
        <w:pStyle w:val="Ttulo1"/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>5 Atividade preponderante e observações</w:t>
      </w:r>
    </w:p>
    <w:p w14:paraId="1706FA09" w14:textId="77777777" w:rsidR="005169AD" w:rsidRPr="00034399" w:rsidRDefault="00FE1E37">
      <w:pPr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>Período de receitas: □ dois anos antes e dois depois   □ três anos seguintes (art. 15, § 2</w:t>
      </w:r>
      <w:proofErr w:type="gramStart"/>
      <w:r w:rsidRPr="00034399">
        <w:rPr>
          <w:sz w:val="20"/>
          <w:szCs w:val="20"/>
          <w:lang w:val="pt-BR"/>
        </w:rPr>
        <w:t xml:space="preserve">º)   </w:t>
      </w:r>
      <w:proofErr w:type="gramEnd"/>
      <w:r w:rsidRPr="00034399">
        <w:rPr>
          <w:sz w:val="20"/>
          <w:szCs w:val="20"/>
          <w:lang w:val="pt-BR"/>
        </w:rPr>
        <w:t>□ período posterior em curso.</w:t>
      </w:r>
    </w:p>
    <w:p w14:paraId="01B2E93D" w14:textId="77777777" w:rsidR="00FB7DBA" w:rsidRPr="00034399" w:rsidRDefault="00FE1E37" w:rsidP="00FB7DBA">
      <w:pPr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>Observações: ____________________________________________________________________________________</w:t>
      </w:r>
      <w:r w:rsidR="00FB7DBA" w:rsidRPr="00034399">
        <w:rPr>
          <w:sz w:val="20"/>
          <w:szCs w:val="20"/>
          <w:lang w:val="pt-BR"/>
        </w:rPr>
        <w:t xml:space="preserve"> </w:t>
      </w:r>
    </w:p>
    <w:p w14:paraId="47AA84F4" w14:textId="77777777" w:rsidR="005169AD" w:rsidRPr="00034399" w:rsidRDefault="00FE1E37" w:rsidP="00FB7DBA">
      <w:pPr>
        <w:jc w:val="center"/>
        <w:rPr>
          <w:rFonts w:hint="eastAsia"/>
          <w:b/>
          <w:bCs/>
          <w:color w:val="auto"/>
          <w:sz w:val="28"/>
          <w:szCs w:val="28"/>
          <w:lang w:val="pt-BR"/>
        </w:rPr>
      </w:pPr>
      <w:r w:rsidRPr="00034399">
        <w:rPr>
          <w:b/>
          <w:bCs/>
          <w:color w:val="auto"/>
          <w:sz w:val="28"/>
          <w:szCs w:val="28"/>
          <w:lang w:val="pt-BR"/>
        </w:rPr>
        <w:t>Anexo II Relação de documentos</w:t>
      </w:r>
    </w:p>
    <w:p w14:paraId="73BB5C88" w14:textId="77777777" w:rsidR="005169AD" w:rsidRPr="00034399" w:rsidRDefault="00FE1E37">
      <w:pPr>
        <w:pStyle w:val="SmallNote"/>
        <w:rPr>
          <w:rFonts w:hint="eastAsia"/>
          <w:lang w:val="pt-BR"/>
        </w:rPr>
      </w:pPr>
      <w:r w:rsidRPr="00034399">
        <w:rPr>
          <w:lang w:val="pt-BR"/>
        </w:rPr>
        <w:t>Marque os documentos anexados. Para documento aplicável ainda não disponível, identifique a pendência e sua justificativa ao fim desta folha. O conjunto probatório será avaliado conforme cada operação.</w:t>
      </w:r>
    </w:p>
    <w:p w14:paraId="75D9C0B8" w14:textId="77777777" w:rsidR="005169AD" w:rsidRPr="00034399" w:rsidRDefault="00FE1E37">
      <w:pPr>
        <w:pStyle w:val="Ttulo1"/>
        <w:rPr>
          <w:rFonts w:hint="eastAsia"/>
          <w:lang w:val="pt-BR"/>
        </w:rPr>
      </w:pPr>
      <w:r w:rsidRPr="00034399">
        <w:rPr>
          <w:lang w:val="pt-BR"/>
        </w:rPr>
        <w:lastRenderedPageBreak/>
        <w:t>A Documentos gerais e identificação da operação</w:t>
      </w:r>
    </w:p>
    <w:p w14:paraId="3DC341AA" w14:textId="77777777" w:rsidR="005169AD" w:rsidRPr="00034399" w:rsidRDefault="00FE1E37" w:rsidP="00DC5839">
      <w:pPr>
        <w:pStyle w:val="Checklist"/>
        <w:spacing w:after="40" w:line="250" w:lineRule="auto"/>
        <w:jc w:val="both"/>
        <w:rPr>
          <w:rFonts w:hint="eastAsia"/>
          <w:sz w:val="20"/>
          <w:szCs w:val="20"/>
          <w:lang w:val="pt-BR"/>
        </w:rPr>
      </w:pPr>
      <w:proofErr w:type="gramStart"/>
      <w:r w:rsidRPr="00034399">
        <w:rPr>
          <w:sz w:val="18"/>
          <w:szCs w:val="20"/>
          <w:lang w:val="pt-BR"/>
        </w:rPr>
        <w:t>□  A</w:t>
      </w:r>
      <w:proofErr w:type="gramEnd"/>
      <w:r w:rsidRPr="00034399">
        <w:rPr>
          <w:sz w:val="18"/>
          <w:szCs w:val="20"/>
          <w:lang w:val="pt-BR"/>
        </w:rPr>
        <w:t>1  Requerimento assinado, Anexo I para cada operação e relação individualizada dos bens ou direitos transmitidos.</w:t>
      </w:r>
    </w:p>
    <w:p w14:paraId="06BAE31D" w14:textId="77777777" w:rsidR="005169AD" w:rsidRPr="00034399" w:rsidRDefault="00FE1E37" w:rsidP="00DC5839">
      <w:pPr>
        <w:pStyle w:val="Checklist"/>
        <w:spacing w:after="40" w:line="250" w:lineRule="auto"/>
        <w:jc w:val="both"/>
        <w:rPr>
          <w:rFonts w:hint="eastAsia"/>
          <w:sz w:val="20"/>
          <w:szCs w:val="20"/>
          <w:lang w:val="pt-BR"/>
        </w:rPr>
      </w:pPr>
      <w:proofErr w:type="gramStart"/>
      <w:r w:rsidRPr="00034399">
        <w:rPr>
          <w:sz w:val="18"/>
          <w:szCs w:val="20"/>
          <w:lang w:val="pt-BR"/>
        </w:rPr>
        <w:t>□  A</w:t>
      </w:r>
      <w:proofErr w:type="gramEnd"/>
      <w:r w:rsidRPr="00034399">
        <w:rPr>
          <w:sz w:val="18"/>
          <w:szCs w:val="20"/>
          <w:lang w:val="pt-BR"/>
        </w:rPr>
        <w:t>2  Ato constitutivo, contrato ou estatuto social atualizado; ato de aumento ou integralização do capital e prova do registro competente, quando realizado.</w:t>
      </w:r>
    </w:p>
    <w:p w14:paraId="4AA78688" w14:textId="77777777" w:rsidR="005169AD" w:rsidRPr="00034399" w:rsidRDefault="00FE1E37" w:rsidP="00DC5839">
      <w:pPr>
        <w:pStyle w:val="Checklist"/>
        <w:spacing w:after="40" w:line="250" w:lineRule="auto"/>
        <w:jc w:val="both"/>
        <w:rPr>
          <w:rFonts w:hint="eastAsia"/>
          <w:sz w:val="20"/>
          <w:szCs w:val="20"/>
          <w:lang w:val="pt-BR"/>
        </w:rPr>
      </w:pPr>
      <w:proofErr w:type="gramStart"/>
      <w:r w:rsidRPr="00034399">
        <w:rPr>
          <w:sz w:val="18"/>
          <w:szCs w:val="20"/>
          <w:lang w:val="pt-BR"/>
        </w:rPr>
        <w:t>□  A</w:t>
      </w:r>
      <w:proofErr w:type="gramEnd"/>
      <w:r w:rsidRPr="00034399">
        <w:rPr>
          <w:sz w:val="18"/>
          <w:szCs w:val="20"/>
          <w:lang w:val="pt-BR"/>
        </w:rPr>
        <w:t>3  Documento de identificação do representante e prova de seus poderes; procuração e documento do procurador, quando houver.</w:t>
      </w:r>
    </w:p>
    <w:p w14:paraId="17E0F5B0" w14:textId="77777777" w:rsidR="005169AD" w:rsidRPr="00034399" w:rsidRDefault="00FE1E37" w:rsidP="00DC5839">
      <w:pPr>
        <w:pStyle w:val="Checklist"/>
        <w:spacing w:after="40" w:line="250" w:lineRule="auto"/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18"/>
          <w:szCs w:val="20"/>
          <w:lang w:val="pt-BR"/>
        </w:rPr>
        <w:t>□  A4  Matrícula ou certidão do registro de imóveis e documento identificador do bem; instrumento de transmissão ou registro, quando já realizados.</w:t>
      </w:r>
    </w:p>
    <w:p w14:paraId="2C3E1218" w14:textId="77777777" w:rsidR="005169AD" w:rsidRPr="00034399" w:rsidRDefault="00FE1E37" w:rsidP="00DC5839">
      <w:pPr>
        <w:pStyle w:val="Checklist"/>
        <w:spacing w:after="40" w:line="250" w:lineRule="auto"/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18"/>
          <w:szCs w:val="20"/>
          <w:lang w:val="pt-BR"/>
        </w:rPr>
        <w:t>□  A5  Quadro por bem com valor declarado, parcela destinada ao capital subscrito, destinação a reserva ou outra conta, eventual parcela tributável alegada e documentos que amparam os valores.</w:t>
      </w:r>
    </w:p>
    <w:p w14:paraId="6448DC30" w14:textId="77777777" w:rsidR="005169AD" w:rsidRPr="00034399" w:rsidRDefault="00FE1E37" w:rsidP="00DC5839">
      <w:pPr>
        <w:pStyle w:val="Checklist"/>
        <w:spacing w:after="40" w:line="250" w:lineRule="auto"/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18"/>
          <w:szCs w:val="20"/>
          <w:lang w:val="pt-BR"/>
        </w:rPr>
        <w:t>□  A6  Escrituração e elementos contábeis pertinentes à operação: lançamentos no Livro Diário e Razão, balancetes ou balanços, com identificação das contas de capital, reservas e bens recebidos.</w:t>
      </w:r>
    </w:p>
    <w:p w14:paraId="5A34037D" w14:textId="77777777" w:rsidR="005169AD" w:rsidRPr="00034399" w:rsidRDefault="00FE1E37" w:rsidP="00DC5839">
      <w:pPr>
        <w:pStyle w:val="Ttulo1"/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>B Documentos conforme a situação concreta</w:t>
      </w:r>
    </w:p>
    <w:p w14:paraId="1876BB63" w14:textId="77777777" w:rsidR="005169AD" w:rsidRPr="00034399" w:rsidRDefault="00FE1E37" w:rsidP="00DC5839">
      <w:pPr>
        <w:pStyle w:val="Checklist"/>
        <w:spacing w:after="40" w:line="250" w:lineRule="auto"/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18"/>
          <w:szCs w:val="20"/>
          <w:lang w:val="pt-BR"/>
        </w:rPr>
        <w:t>□  B1  Documentos de receitas operacionais para exame de preponderância: DRE, balanços, balancetes, Razão das contas de receita e elementos fiscais dos períodos pertinentes, inclusive os posteriores já encerrados.</w:t>
      </w:r>
    </w:p>
    <w:p w14:paraId="1DFF8ACD" w14:textId="77777777" w:rsidR="005169AD" w:rsidRPr="00034399" w:rsidRDefault="00FE1E37" w:rsidP="00DC5839">
      <w:pPr>
        <w:pStyle w:val="Checklist"/>
        <w:spacing w:after="40" w:line="250" w:lineRule="auto"/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18"/>
          <w:szCs w:val="20"/>
          <w:lang w:val="pt-BR"/>
        </w:rPr>
        <w:t>□  B2  Para crédito pretérito: notificações, termos de arbitramento, guias, decisões, impugnações, recursos, inscrição em dívida ativa e comprovantes de pagamentos parciais existentes.</w:t>
      </w:r>
    </w:p>
    <w:p w14:paraId="6F7C9909" w14:textId="77777777" w:rsidR="005169AD" w:rsidRPr="00034399" w:rsidRDefault="00FE1E37" w:rsidP="00DC5839">
      <w:pPr>
        <w:pStyle w:val="Checklist"/>
        <w:spacing w:after="40" w:line="250" w:lineRule="auto"/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18"/>
          <w:szCs w:val="20"/>
          <w:lang w:val="pt-BR"/>
        </w:rPr>
        <w:t>□  B3  Se houver ação judicial: petição inicial, decisões relevantes, número do processo, prova de depósito ou garantia e identificação precisa dos créditos discutidos.</w:t>
      </w:r>
    </w:p>
    <w:p w14:paraId="1A07E1D0" w14:textId="77777777" w:rsidR="005169AD" w:rsidRPr="00034399" w:rsidRDefault="00FE1E37" w:rsidP="00DC5839">
      <w:pPr>
        <w:pStyle w:val="Checklist"/>
        <w:spacing w:after="40" w:line="250" w:lineRule="auto"/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18"/>
          <w:szCs w:val="20"/>
          <w:lang w:val="pt-BR"/>
        </w:rPr>
        <w:t>□  B4  Na formalização judicial da transação: cópia da petição protocolada com renúncia à pretensão e pedido de extinção com resolução do mérito, limitados aos créditos abrangidos (art. 10).</w:t>
      </w:r>
    </w:p>
    <w:p w14:paraId="3B6E9FA3" w14:textId="77777777" w:rsidR="005169AD" w:rsidRPr="00034399" w:rsidRDefault="00FE1E37" w:rsidP="00DC5839">
      <w:pPr>
        <w:pStyle w:val="Checklist"/>
        <w:spacing w:after="40" w:line="250" w:lineRule="auto"/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18"/>
          <w:szCs w:val="20"/>
          <w:lang w:val="pt-BR"/>
        </w:rPr>
        <w:t>□  B5  Quando necessário à análise da base: laudo ou memória de avaliação e elementos concretos do mercado referentes ao bem e à data da transmissão.</w:t>
      </w:r>
    </w:p>
    <w:p w14:paraId="1DEEF719" w14:textId="77777777" w:rsidR="005169AD" w:rsidRPr="00034399" w:rsidRDefault="00FE1E37" w:rsidP="00DC5839">
      <w:pPr>
        <w:pStyle w:val="Checklist"/>
        <w:spacing w:after="40" w:line="250" w:lineRule="auto"/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18"/>
          <w:szCs w:val="20"/>
          <w:lang w:val="pt-BR"/>
        </w:rPr>
        <w:t>□  B6  Outros documentos societários, registrais, fiscais e contábeis pertinentes à efetiva destinação dos bens e à comprovação dos fatos declarados.</w:t>
      </w:r>
    </w:p>
    <w:p w14:paraId="738A4D79" w14:textId="77777777" w:rsidR="005169AD" w:rsidRPr="00034399" w:rsidRDefault="00FE1E37" w:rsidP="00DC5839">
      <w:pPr>
        <w:jc w:val="both"/>
        <w:rPr>
          <w:rFonts w:hint="eastAsia"/>
          <w:sz w:val="20"/>
          <w:szCs w:val="20"/>
          <w:lang w:val="pt-BR"/>
        </w:rPr>
      </w:pPr>
      <w:r w:rsidRPr="00034399">
        <w:rPr>
          <w:color w:val="auto"/>
          <w:sz w:val="20"/>
          <w:szCs w:val="20"/>
          <w:lang w:val="pt-BR"/>
        </w:rPr>
        <w:t>Pendências, documentos não aplicáveis ou justificativa</w:t>
      </w:r>
      <w:r w:rsidRPr="00034399">
        <w:rPr>
          <w:sz w:val="20"/>
          <w:szCs w:val="20"/>
          <w:lang w:val="pt-BR"/>
        </w:rPr>
        <w:t xml:space="preserve">: </w:t>
      </w:r>
    </w:p>
    <w:p w14:paraId="1BCB2188" w14:textId="77777777" w:rsidR="005169AD" w:rsidRPr="00034399" w:rsidRDefault="00FE1E37" w:rsidP="00DC5839">
      <w:pPr>
        <w:pStyle w:val="Ttulo1"/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>Declaração e assinatura do requerimento</w:t>
      </w:r>
    </w:p>
    <w:p w14:paraId="5AD21A93" w14:textId="77777777" w:rsidR="005169AD" w:rsidRPr="00034399" w:rsidRDefault="00FE1E37" w:rsidP="00DC5839">
      <w:pPr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>Declaro que as operações, os processos e os créditos que pretendo incluir estão individualizados neste requerimento e nos anexos, e que as informações e cópias apresentadas correspondem aos documentos de que disponho. Comprometo-me a apresentar complementação quando regularmente solicitada e estou ciente de que o enquadramento, a apuração do imposto e eventual arbitramento dependem de análise motivada, com contraditório nos termos da Lei Municipal nº 3.948/2026.</w:t>
      </w:r>
    </w:p>
    <w:p w14:paraId="49524DC5" w14:textId="77777777" w:rsidR="005169AD" w:rsidRPr="00034399" w:rsidRDefault="00FE1E37" w:rsidP="00DC5839">
      <w:pPr>
        <w:jc w:val="both"/>
        <w:rPr>
          <w:rFonts w:hint="eastAsia"/>
          <w:lang w:val="pt-BR"/>
        </w:rPr>
      </w:pPr>
      <w:r w:rsidRPr="00034399">
        <w:rPr>
          <w:lang w:val="pt-BR"/>
        </w:rPr>
        <w:t>Sorriso MT, ______ de _________________________________ de __________.</w:t>
      </w:r>
    </w:p>
    <w:p w14:paraId="757E6CA2" w14:textId="77777777" w:rsidR="00DC5839" w:rsidRPr="00034399" w:rsidRDefault="00DC5839" w:rsidP="00DC5839">
      <w:pPr>
        <w:jc w:val="both"/>
        <w:rPr>
          <w:rFonts w:hint="eastAsia"/>
          <w:lang w:val="pt-BR"/>
        </w:rPr>
      </w:pPr>
    </w:p>
    <w:p w14:paraId="0E1A7C8A" w14:textId="77777777" w:rsidR="00DC5839" w:rsidRPr="00034399" w:rsidRDefault="00FE1E37" w:rsidP="00DC5839">
      <w:pPr>
        <w:jc w:val="both"/>
        <w:rPr>
          <w:rFonts w:hint="eastAsia"/>
          <w:lang w:val="pt-BR"/>
        </w:rPr>
      </w:pPr>
      <w:r w:rsidRPr="00034399">
        <w:rPr>
          <w:lang w:val="pt-BR"/>
        </w:rPr>
        <w:t>__________________________________________________________________________________</w:t>
      </w:r>
      <w:r w:rsidRPr="00034399">
        <w:rPr>
          <w:lang w:val="pt-BR"/>
        </w:rPr>
        <w:br/>
        <w:t>Assinatura do representante legal ou procurador  |  Nome e CPF</w:t>
      </w:r>
    </w:p>
    <w:p w14:paraId="29286D03" w14:textId="77777777" w:rsidR="005169AD" w:rsidRPr="00034399" w:rsidRDefault="00FE1E37" w:rsidP="00FB7DBA">
      <w:pPr>
        <w:pStyle w:val="Ttulo"/>
        <w:pageBreakBefore/>
        <w:jc w:val="center"/>
        <w:rPr>
          <w:rFonts w:hint="eastAsia"/>
          <w:lang w:val="pt-BR"/>
        </w:rPr>
      </w:pPr>
      <w:r w:rsidRPr="00034399">
        <w:rPr>
          <w:lang w:val="pt-BR"/>
        </w:rPr>
        <w:lastRenderedPageBreak/>
        <w:t>Anexo III Termo de aceitação do saldo consolidado</w:t>
      </w:r>
    </w:p>
    <w:p w14:paraId="0EEACC62" w14:textId="77777777" w:rsidR="005169AD" w:rsidRPr="00034399" w:rsidRDefault="00FE1E37" w:rsidP="00FB7DBA">
      <w:pPr>
        <w:pStyle w:val="SmallNote"/>
        <w:jc w:val="center"/>
        <w:rPr>
          <w:rFonts w:hint="eastAsia"/>
          <w:lang w:val="pt-BR"/>
        </w:rPr>
      </w:pPr>
      <w:r w:rsidRPr="00034399">
        <w:rPr>
          <w:lang w:val="pt-BR"/>
        </w:rPr>
        <w:t>Somente para a transação de crédito pretérito</w:t>
      </w:r>
      <w:r w:rsidR="00FB7DBA" w:rsidRPr="00034399">
        <w:rPr>
          <w:lang w:val="pt-BR"/>
        </w:rPr>
        <w:t xml:space="preserve"> (possui processo intaurado e termo arbitramento lavrado)</w:t>
      </w:r>
      <w:r w:rsidRPr="00034399">
        <w:rPr>
          <w:lang w:val="pt-BR"/>
        </w:rPr>
        <w:t>. Preencher após a apuração, a identificação de todos os créditos incluídos e a ciência dos valores pela requerente. A homologação compete ao Secretário Municipal de Fazenda.</w:t>
      </w:r>
    </w:p>
    <w:p w14:paraId="60AF793B" w14:textId="77777777" w:rsidR="005169AD" w:rsidRPr="00034399" w:rsidRDefault="00FE1E37">
      <w:pPr>
        <w:pStyle w:val="Ttulo1"/>
        <w:rPr>
          <w:rFonts w:hint="eastAsia"/>
          <w:lang w:val="pt-BR"/>
        </w:rPr>
      </w:pPr>
      <w:r w:rsidRPr="00034399">
        <w:rPr>
          <w:lang w:val="pt-BR"/>
        </w:rPr>
        <w:t>1 Identificação e delimitação do acordo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26"/>
        <w:gridCol w:w="5011"/>
      </w:tblGrid>
      <w:tr w:rsidR="005169AD" w14:paraId="259CA790" w14:textId="77777777" w:rsidTr="00FB7DBA">
        <w:trPr>
          <w:cantSplit/>
          <w:trHeight w:val="623"/>
        </w:trPr>
        <w:tc>
          <w:tcPr>
            <w:tcW w:w="50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46CABE06" w14:textId="77777777" w:rsidR="005169AD" w:rsidRDefault="00FE1E37">
            <w:pPr>
              <w:spacing w:after="40"/>
              <w:rPr>
                <w:rFonts w:hint="eastAsia"/>
              </w:rPr>
            </w:pPr>
            <w:r>
              <w:rPr>
                <w:b/>
                <w:color w:val="40464B"/>
                <w:sz w:val="14"/>
              </w:rPr>
              <w:t>RAZÃO SOCIAL E CNPJ</w:t>
            </w:r>
          </w:p>
          <w:p w14:paraId="6AE8D41A" w14:textId="77777777" w:rsidR="005169AD" w:rsidRDefault="00FE1E37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____________________________</w:t>
            </w:r>
          </w:p>
        </w:tc>
        <w:tc>
          <w:tcPr>
            <w:tcW w:w="50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011DE72E" w14:textId="77777777" w:rsidR="005169AD" w:rsidRPr="00034399" w:rsidRDefault="00FE1E37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NÚMERO DO REQUERIMENTO E PROCESSO ADMINISTRATIVO</w:t>
            </w:r>
          </w:p>
          <w:p w14:paraId="733A7B64" w14:textId="77777777" w:rsidR="005169AD" w:rsidRDefault="00FE1E37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____________________________</w:t>
            </w:r>
          </w:p>
        </w:tc>
      </w:tr>
      <w:tr w:rsidR="005169AD" w:rsidRPr="00034399" w14:paraId="5B6456B2" w14:textId="77777777" w:rsidTr="00FB7DBA">
        <w:trPr>
          <w:cantSplit/>
          <w:trHeight w:val="640"/>
        </w:trPr>
        <w:tc>
          <w:tcPr>
            <w:tcW w:w="50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05D5047A" w14:textId="77777777" w:rsidR="005169AD" w:rsidRPr="00034399" w:rsidRDefault="00FE1E37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OPERAÇÕES DO ANEXO I ABRANGIDAS</w:t>
            </w:r>
          </w:p>
          <w:p w14:paraId="58196288" w14:textId="77777777" w:rsidR="005169AD" w:rsidRPr="00034399" w:rsidRDefault="00FE1E37">
            <w:pPr>
              <w:spacing w:after="0"/>
              <w:rPr>
                <w:rFonts w:hint="eastAsia"/>
                <w:lang w:val="pt-BR"/>
              </w:rPr>
            </w:pPr>
            <w:r w:rsidRPr="00034399">
              <w:rPr>
                <w:sz w:val="18"/>
                <w:lang w:val="pt-BR"/>
              </w:rPr>
              <w:t>____________________________</w:t>
            </w:r>
          </w:p>
        </w:tc>
        <w:tc>
          <w:tcPr>
            <w:tcW w:w="50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</w:tcPr>
          <w:p w14:paraId="60E5EDAC" w14:textId="77777777" w:rsidR="005169AD" w:rsidRPr="00034399" w:rsidRDefault="00FE1E37">
            <w:pPr>
              <w:spacing w:after="40"/>
              <w:rPr>
                <w:rFonts w:hint="eastAsia"/>
                <w:lang w:val="pt-BR"/>
              </w:rPr>
            </w:pPr>
            <w:r w:rsidRPr="00034399">
              <w:rPr>
                <w:b/>
                <w:color w:val="40464B"/>
                <w:sz w:val="14"/>
                <w:lang w:val="pt-BR"/>
              </w:rPr>
              <w:t>DATA DE REFERÊNCIA DA CONSOLIDAÇÃO</w:t>
            </w:r>
          </w:p>
          <w:p w14:paraId="6FDBB965" w14:textId="77777777" w:rsidR="005169AD" w:rsidRPr="00034399" w:rsidRDefault="00FE1E37">
            <w:pPr>
              <w:spacing w:after="0"/>
              <w:rPr>
                <w:rFonts w:hint="eastAsia"/>
                <w:lang w:val="pt-BR"/>
              </w:rPr>
            </w:pPr>
            <w:r w:rsidRPr="00034399">
              <w:rPr>
                <w:sz w:val="18"/>
                <w:lang w:val="pt-BR"/>
              </w:rPr>
              <w:t>____________________________</w:t>
            </w:r>
          </w:p>
        </w:tc>
      </w:tr>
    </w:tbl>
    <w:p w14:paraId="335EC002" w14:textId="77777777" w:rsidR="005169AD" w:rsidRPr="00034399" w:rsidRDefault="00FE1E37">
      <w:pPr>
        <w:rPr>
          <w:rFonts w:hint="eastAsia"/>
          <w:lang w:val="pt-BR"/>
        </w:rPr>
      </w:pPr>
      <w:r w:rsidRPr="00034399">
        <w:rPr>
          <w:lang w:val="pt-BR"/>
        </w:rPr>
        <w:t>Créditos expressamente abrangidos e respectivos processos, inclusive inscrição em dívida ativa, se houver:</w:t>
      </w:r>
    </w:p>
    <w:p w14:paraId="54F8E24B" w14:textId="77777777" w:rsidR="005169AD" w:rsidRPr="00034399" w:rsidRDefault="00FE1E37">
      <w:pPr>
        <w:rPr>
          <w:rFonts w:hint="eastAsia"/>
          <w:lang w:val="pt-BR"/>
        </w:rPr>
      </w:pPr>
      <w:r w:rsidRPr="00034399">
        <w:rPr>
          <w:lang w:val="pt-BR"/>
        </w:rPr>
        <w:t>____________________________________________________________________________________________</w:t>
      </w:r>
    </w:p>
    <w:p w14:paraId="6B0E41B8" w14:textId="77777777" w:rsidR="005169AD" w:rsidRPr="00034399" w:rsidRDefault="00FE1E37">
      <w:pPr>
        <w:pStyle w:val="SmallNote"/>
        <w:rPr>
          <w:rFonts w:hint="eastAsia"/>
          <w:lang w:val="pt-BR"/>
        </w:rPr>
      </w:pPr>
      <w:r w:rsidRPr="00034399">
        <w:rPr>
          <w:lang w:val="pt-BR"/>
        </w:rPr>
        <w:t>Nenhum crédito, operação ou pedido não identificado acima integra esta transação.</w:t>
      </w:r>
    </w:p>
    <w:p w14:paraId="1CFC0DF5" w14:textId="77777777" w:rsidR="005169AD" w:rsidRPr="00034399" w:rsidRDefault="00FE1E37">
      <w:pPr>
        <w:pStyle w:val="Ttulo1"/>
        <w:rPr>
          <w:rFonts w:hint="eastAsia"/>
          <w:lang w:val="pt-BR"/>
        </w:rPr>
      </w:pPr>
      <w:r w:rsidRPr="00034399">
        <w:rPr>
          <w:lang w:val="pt-BR"/>
        </w:rPr>
        <w:t>2 Demonstrativo do saldo apurado pela Administração Tributária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53"/>
        <w:gridCol w:w="3384"/>
      </w:tblGrid>
      <w:tr w:rsidR="005169AD" w14:paraId="39E4FF94" w14:textId="77777777" w:rsidTr="00FB7DBA">
        <w:trPr>
          <w:cantSplit/>
          <w:trHeight w:val="346"/>
        </w:trPr>
        <w:tc>
          <w:tcPr>
            <w:tcW w:w="66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0CB028E1" w14:textId="77777777" w:rsidR="005169AD" w:rsidRPr="00034399" w:rsidRDefault="00FE1E37">
            <w:pPr>
              <w:rPr>
                <w:rFonts w:hint="eastAsia"/>
                <w:lang w:val="pt-BR"/>
              </w:rPr>
            </w:pPr>
            <w:r w:rsidRPr="00034399">
              <w:rPr>
                <w:sz w:val="17"/>
                <w:lang w:val="pt-BR"/>
              </w:rPr>
              <w:t>Base de cálculo definitivamente estabelecida da parcela tributável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5D1CEE0B" w14:textId="77777777" w:rsidR="005169AD" w:rsidRDefault="00FE1E37">
            <w:pPr>
              <w:rPr>
                <w:rFonts w:hint="eastAsia"/>
              </w:rPr>
            </w:pPr>
            <w:r>
              <w:rPr>
                <w:sz w:val="17"/>
              </w:rPr>
              <w:t>R$ _______________________</w:t>
            </w:r>
          </w:p>
        </w:tc>
      </w:tr>
      <w:tr w:rsidR="005169AD" w14:paraId="2BD7F324" w14:textId="77777777" w:rsidTr="00FB7DBA">
        <w:trPr>
          <w:cantSplit/>
          <w:trHeight w:val="360"/>
        </w:trPr>
        <w:tc>
          <w:tcPr>
            <w:tcW w:w="66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212D939B" w14:textId="77777777" w:rsidR="005169AD" w:rsidRPr="00034399" w:rsidRDefault="00FE1E37">
            <w:pPr>
              <w:rPr>
                <w:rFonts w:hint="eastAsia"/>
                <w:lang w:val="pt-BR"/>
              </w:rPr>
            </w:pPr>
            <w:r w:rsidRPr="00034399">
              <w:rPr>
                <w:sz w:val="17"/>
                <w:lang w:val="pt-BR"/>
              </w:rPr>
              <w:t>Principal originariamente devido sobre os créditos incluídos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6C8455AE" w14:textId="77777777" w:rsidR="005169AD" w:rsidRDefault="00FE1E37">
            <w:pPr>
              <w:rPr>
                <w:rFonts w:hint="eastAsia"/>
              </w:rPr>
            </w:pPr>
            <w:r>
              <w:rPr>
                <w:sz w:val="17"/>
              </w:rPr>
              <w:t>R$ _______________________</w:t>
            </w:r>
          </w:p>
        </w:tc>
      </w:tr>
      <w:tr w:rsidR="005169AD" w14:paraId="78315200" w14:textId="77777777" w:rsidTr="00FB7DBA">
        <w:trPr>
          <w:cantSplit/>
          <w:trHeight w:val="346"/>
        </w:trPr>
        <w:tc>
          <w:tcPr>
            <w:tcW w:w="66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16977A88" w14:textId="77777777" w:rsidR="005169AD" w:rsidRPr="00034399" w:rsidRDefault="00FE1E37">
            <w:pPr>
              <w:rPr>
                <w:rFonts w:hint="eastAsia"/>
                <w:lang w:val="pt-BR"/>
              </w:rPr>
            </w:pPr>
            <w:r w:rsidRPr="00034399">
              <w:rPr>
                <w:sz w:val="17"/>
                <w:lang w:val="pt-BR"/>
              </w:rPr>
              <w:t>Desconto de 75% sobre o principal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4C446DB3" w14:textId="77777777" w:rsidR="005169AD" w:rsidRDefault="00FE1E37">
            <w:pPr>
              <w:rPr>
                <w:rFonts w:hint="eastAsia"/>
              </w:rPr>
            </w:pPr>
            <w:r>
              <w:rPr>
                <w:sz w:val="17"/>
              </w:rPr>
              <w:t>R$ _______________________</w:t>
            </w:r>
          </w:p>
        </w:tc>
      </w:tr>
      <w:tr w:rsidR="005169AD" w14:paraId="41FDC9C9" w14:textId="77777777" w:rsidTr="00FB7DBA">
        <w:trPr>
          <w:cantSplit/>
          <w:trHeight w:val="360"/>
        </w:trPr>
        <w:tc>
          <w:tcPr>
            <w:tcW w:w="66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1723D25F" w14:textId="77777777" w:rsidR="005169AD" w:rsidRPr="00034399" w:rsidRDefault="00FE1E37">
            <w:pPr>
              <w:rPr>
                <w:rFonts w:hint="eastAsia"/>
                <w:lang w:val="pt-BR"/>
              </w:rPr>
            </w:pPr>
            <w:r w:rsidRPr="00034399">
              <w:rPr>
                <w:sz w:val="17"/>
                <w:lang w:val="pt-BR"/>
              </w:rPr>
              <w:t>Principal remanescente 25% do principal originário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544A5077" w14:textId="77777777" w:rsidR="005169AD" w:rsidRDefault="00FE1E37">
            <w:pPr>
              <w:rPr>
                <w:rFonts w:hint="eastAsia"/>
              </w:rPr>
            </w:pPr>
            <w:r>
              <w:rPr>
                <w:sz w:val="17"/>
              </w:rPr>
              <w:t>R$ _______________________</w:t>
            </w:r>
          </w:p>
        </w:tc>
      </w:tr>
      <w:tr w:rsidR="005169AD" w14:paraId="08DED3F3" w14:textId="77777777" w:rsidTr="00FB7DBA">
        <w:trPr>
          <w:cantSplit/>
          <w:trHeight w:val="346"/>
        </w:trPr>
        <w:tc>
          <w:tcPr>
            <w:tcW w:w="66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4032F4B8" w14:textId="77777777" w:rsidR="005169AD" w:rsidRPr="00034399" w:rsidRDefault="00FE1E37">
            <w:pPr>
              <w:rPr>
                <w:rFonts w:hint="eastAsia"/>
                <w:lang w:val="pt-BR"/>
              </w:rPr>
            </w:pPr>
            <w:r w:rsidRPr="00034399">
              <w:rPr>
                <w:sz w:val="17"/>
                <w:lang w:val="pt-BR"/>
              </w:rPr>
              <w:t>Atualização monetária, juros e multas recalculados sobre o remanescente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7DE3025E" w14:textId="77777777" w:rsidR="005169AD" w:rsidRDefault="00FE1E37">
            <w:pPr>
              <w:rPr>
                <w:rFonts w:hint="eastAsia"/>
              </w:rPr>
            </w:pPr>
            <w:r>
              <w:rPr>
                <w:sz w:val="17"/>
              </w:rPr>
              <w:t>R$ _______________________</w:t>
            </w:r>
          </w:p>
        </w:tc>
      </w:tr>
      <w:tr w:rsidR="005169AD" w14:paraId="141110FC" w14:textId="77777777" w:rsidTr="00FB7DBA">
        <w:trPr>
          <w:cantSplit/>
          <w:trHeight w:val="360"/>
        </w:trPr>
        <w:tc>
          <w:tcPr>
            <w:tcW w:w="66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6775D83B" w14:textId="77777777" w:rsidR="005169AD" w:rsidRPr="00034399" w:rsidRDefault="00FE1E37">
            <w:pPr>
              <w:rPr>
                <w:rFonts w:hint="eastAsia"/>
                <w:lang w:val="pt-BR"/>
              </w:rPr>
            </w:pPr>
            <w:r w:rsidRPr="00034399">
              <w:rPr>
                <w:sz w:val="17"/>
                <w:lang w:val="pt-BR"/>
              </w:rPr>
              <w:t>Valores anteriormente pagos ou depósitos imputáveis conforme o caso</w:t>
            </w:r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2EF55029" w14:textId="77777777" w:rsidR="005169AD" w:rsidRDefault="00FE1E37">
            <w:pPr>
              <w:rPr>
                <w:rFonts w:hint="eastAsia"/>
              </w:rPr>
            </w:pPr>
            <w:r>
              <w:rPr>
                <w:sz w:val="17"/>
              </w:rPr>
              <w:t>R$ _______________________</w:t>
            </w:r>
          </w:p>
        </w:tc>
      </w:tr>
      <w:tr w:rsidR="005169AD" w14:paraId="65EACB6E" w14:textId="77777777" w:rsidTr="00FB7DBA">
        <w:trPr>
          <w:cantSplit/>
          <w:trHeight w:val="346"/>
        </w:trPr>
        <w:tc>
          <w:tcPr>
            <w:tcW w:w="66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6DC55016" w14:textId="77777777" w:rsidR="005169AD" w:rsidRDefault="00FE1E37">
            <w:pPr>
              <w:rPr>
                <w:rFonts w:hint="eastAsia"/>
              </w:rPr>
            </w:pPr>
            <w:r>
              <w:rPr>
                <w:sz w:val="17"/>
              </w:rPr>
              <w:t xml:space="preserve">Saldo </w:t>
            </w:r>
            <w:proofErr w:type="spellStart"/>
            <w:r>
              <w:rPr>
                <w:sz w:val="17"/>
              </w:rPr>
              <w:t>consolidado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pagar</w:t>
            </w:r>
            <w:proofErr w:type="spellEnd"/>
          </w:p>
        </w:tc>
        <w:tc>
          <w:tcPr>
            <w:tcW w:w="3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75" w:type="dxa"/>
              <w:left w:w="90" w:type="dxa"/>
              <w:bottom w:w="65" w:type="dxa"/>
              <w:right w:w="90" w:type="dxa"/>
            </w:tcMar>
            <w:vAlign w:val="center"/>
          </w:tcPr>
          <w:p w14:paraId="459E5334" w14:textId="77777777" w:rsidR="005169AD" w:rsidRDefault="00FE1E37">
            <w:pPr>
              <w:rPr>
                <w:rFonts w:hint="eastAsia"/>
              </w:rPr>
            </w:pPr>
            <w:r>
              <w:rPr>
                <w:sz w:val="17"/>
              </w:rPr>
              <w:t>R$ _______________________</w:t>
            </w:r>
          </w:p>
        </w:tc>
      </w:tr>
    </w:tbl>
    <w:p w14:paraId="7B8B171F" w14:textId="77777777" w:rsidR="005169AD" w:rsidRPr="00034399" w:rsidRDefault="00FE1E37">
      <w:pPr>
        <w:pStyle w:val="SmallNote"/>
        <w:rPr>
          <w:rFonts w:hint="eastAsia"/>
          <w:lang w:val="pt-BR"/>
        </w:rPr>
      </w:pPr>
      <w:r w:rsidRPr="00034399">
        <w:rPr>
          <w:lang w:val="pt-BR"/>
        </w:rPr>
        <w:t>O desconto é sobre o principal, sem desconto autônomo adicional dos encargos. Pagamentos anteriores são imputados ao saldo; depósitos dependem da decisão judicial. A equivalência de 0,5% da base é apenas matemática, sem aplicação retroativa de alíquota (arts. 8º e 10).</w:t>
      </w:r>
    </w:p>
    <w:p w14:paraId="2202EA23" w14:textId="77777777" w:rsidR="005169AD" w:rsidRPr="00034399" w:rsidRDefault="00FE1E37" w:rsidP="00FB7DBA">
      <w:pPr>
        <w:pStyle w:val="Ttulo1"/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>3 Aceitação expressa e compromissos</w:t>
      </w:r>
    </w:p>
    <w:p w14:paraId="64DD0D84" w14:textId="77777777" w:rsidR="005169AD" w:rsidRPr="00034399" w:rsidRDefault="00FE1E37" w:rsidP="00FB7DBA">
      <w:pPr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>Após ciência da composição acima e dos créditos individualizados, aceito expressa e irretratavelmente o saldo consolidado de R$ __________________________. Confesso, de modo irrevogável e irretratável, exclusivamente os créditos incluídos neste termo e renuncio às impugnações, aos recursos e às pretensões relativas a esses créditos, observada, quando houver demanda judicial, a apresentação da petição prevista no art. 10 da Lei Municipal nº 3.948/2026.</w:t>
      </w:r>
    </w:p>
    <w:p w14:paraId="0F5C61C4" w14:textId="77777777" w:rsidR="005169AD" w:rsidRPr="00034399" w:rsidRDefault="00FE1E37" w:rsidP="00FB7DBA">
      <w:pPr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>Comprometo-me a pagar integralmente o saldo no prazo de 30 (trinta) dias contado da ciência da homologação administrativa. Estou ciente de que o não pagamento nesse prazo impede a consolidação da transação e de que a quitação somente ocorrerá após o pagamento integral e o cumprimento definitivo das condições legais.</w:t>
      </w:r>
    </w:p>
    <w:p w14:paraId="661F4363" w14:textId="77777777" w:rsidR="005169AD" w:rsidRPr="00034399" w:rsidRDefault="00FE1E37" w:rsidP="00FB7DBA">
      <w:pPr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>Sorriso MT, ______ de _________________________________ de __________.</w:t>
      </w:r>
    </w:p>
    <w:p w14:paraId="58692D17" w14:textId="77777777" w:rsidR="005169AD" w:rsidRPr="00034399" w:rsidRDefault="00FE1E37" w:rsidP="00FB7DBA">
      <w:pPr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>__________________________________________________________________________________</w:t>
      </w:r>
      <w:r w:rsidRPr="00034399">
        <w:rPr>
          <w:sz w:val="20"/>
          <w:szCs w:val="20"/>
          <w:lang w:val="pt-BR"/>
        </w:rPr>
        <w:br/>
        <w:t>Assinatura do representante legal ou procurador  |  Nome e CPF</w:t>
      </w:r>
    </w:p>
    <w:p w14:paraId="55F3BC6C" w14:textId="77777777" w:rsidR="005169AD" w:rsidRPr="00034399" w:rsidRDefault="00FE1E37" w:rsidP="00FB7DBA">
      <w:pPr>
        <w:pStyle w:val="SmallNote"/>
        <w:jc w:val="both"/>
        <w:rPr>
          <w:rFonts w:hint="eastAsia"/>
          <w:sz w:val="20"/>
          <w:szCs w:val="20"/>
          <w:lang w:val="pt-BR"/>
        </w:rPr>
      </w:pPr>
      <w:r w:rsidRPr="00034399">
        <w:rPr>
          <w:sz w:val="20"/>
          <w:szCs w:val="20"/>
          <w:lang w:val="pt-BR"/>
        </w:rPr>
        <w:t>A assinatura deste termo não substitui a decisão motivada do Secretário Municipal de Fazenda.</w:t>
      </w:r>
    </w:p>
    <w:sectPr w:rsidR="005169AD" w:rsidRPr="00034399" w:rsidSect="00034616">
      <w:headerReference w:type="default" r:id="rId8"/>
      <w:footerReference w:type="default" r:id="rId9"/>
      <w:pgSz w:w="12240" w:h="15840"/>
      <w:pgMar w:top="950" w:right="1080" w:bottom="893" w:left="1123" w:header="432" w:footer="4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EFA51" w14:textId="77777777" w:rsidR="00E56F41" w:rsidRDefault="00E56F4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6D625EF" w14:textId="77777777" w:rsidR="00E56F41" w:rsidRDefault="00E56F4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mbus 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C7AB6" w14:textId="77777777" w:rsidR="005169AD" w:rsidRDefault="00FE1E37">
    <w:pPr>
      <w:pStyle w:val="Rodap"/>
      <w:jc w:val="right"/>
      <w:rPr>
        <w:rFonts w:hint="eastAsia"/>
      </w:rPr>
    </w:pPr>
    <w:proofErr w:type="gramStart"/>
    <w:r>
      <w:rPr>
        <w:color w:val="464C52"/>
        <w:sz w:val="15"/>
      </w:rPr>
      <w:t>PROMCIC  ·</w:t>
    </w:r>
    <w:proofErr w:type="gramEnd"/>
    <w:r>
      <w:rPr>
        <w:color w:val="464C52"/>
        <w:sz w:val="15"/>
      </w:rPr>
      <w:t xml:space="preserve">  Lei Municipal nº 3.948/2026   |  </w:t>
    </w:r>
    <w:proofErr w:type="spellStart"/>
    <w:r>
      <w:rPr>
        <w:color w:val="464C52"/>
        <w:sz w:val="15"/>
      </w:rPr>
      <w:t>Página</w:t>
    </w:r>
    <w:proofErr w:type="spellEnd"/>
    <w:r>
      <w:rPr>
        <w:color w:val="464C52"/>
        <w:sz w:val="15"/>
      </w:rPr>
      <w:t xml:space="preserve"> </w:t>
    </w:r>
    <w:r>
      <w:fldChar w:fldCharType="begin"/>
    </w:r>
    <w:r>
      <w:instrText>PAGE</w:instrText>
    </w:r>
    <w:r>
      <w:fldChar w:fldCharType="separate"/>
    </w:r>
    <w:r w:rsidR="00DC5839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C511B" w14:textId="77777777" w:rsidR="00E56F41" w:rsidRDefault="00E56F4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B5CDC6C" w14:textId="77777777" w:rsidR="00E56F41" w:rsidRDefault="00E56F4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579D2" w14:textId="77777777" w:rsidR="00FB7DBA" w:rsidRDefault="00FB7DBA" w:rsidP="007359F3">
    <w:pPr>
      <w:pStyle w:val="Cabealho"/>
      <w:jc w:val="center"/>
      <w:rPr>
        <w:rFonts w:hint="eastAsia"/>
        <w:b/>
        <w:color w:val="000000"/>
        <w:sz w:val="17"/>
      </w:rPr>
    </w:pPr>
    <w:r>
      <w:rPr>
        <w:noProof/>
      </w:rPr>
      <w:drawing>
        <wp:inline distT="0" distB="0" distL="0" distR="0" wp14:anchorId="0F40A583" wp14:editId="3E1A5401">
          <wp:extent cx="4150124" cy="683879"/>
          <wp:effectExtent l="0" t="0" r="3175" b="2540"/>
          <wp:docPr id="3" name="Picture 9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04225" cy="6927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240" behindDoc="1" locked="0" layoutInCell="1" allowOverlap="1" wp14:anchorId="131573CC" wp14:editId="39080CE3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5120640" cy="4489643"/>
          <wp:effectExtent l="0" t="0" r="0" b="0"/>
          <wp:wrapNone/>
          <wp:docPr id="2511" name="Marca d agua PROMCIC" descr="Diagrama Holding Integralização de Capital em baixa opacida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termark_promcic_staging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120640" cy="44896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8F4E52" w14:textId="77777777" w:rsidR="007359F3" w:rsidRDefault="007359F3" w:rsidP="007359F3">
    <w:pPr>
      <w:pStyle w:val="Cabealho"/>
      <w:jc w:val="center"/>
      <w:rPr>
        <w:rFonts w:hint="eastAsia"/>
        <w:b/>
        <w:color w:val="000000"/>
        <w:sz w:val="17"/>
      </w:rPr>
    </w:pPr>
  </w:p>
  <w:p w14:paraId="5EBC823E" w14:textId="77777777" w:rsidR="005169AD" w:rsidRPr="00034399" w:rsidRDefault="00FE1E37" w:rsidP="00FB7DBA">
    <w:pPr>
      <w:pStyle w:val="Cabealho"/>
      <w:jc w:val="center"/>
      <w:rPr>
        <w:rFonts w:hint="eastAsia"/>
        <w:lang w:val="pt-BR"/>
      </w:rPr>
    </w:pPr>
    <w:r w:rsidRPr="00034399">
      <w:rPr>
        <w:b/>
        <w:color w:val="000000"/>
        <w:sz w:val="17"/>
        <w:lang w:val="pt-BR"/>
      </w:rPr>
      <w:t xml:space="preserve">PREFEITURA MUNICIPAL DE </w:t>
    </w:r>
    <w:proofErr w:type="gramStart"/>
    <w:r w:rsidRPr="00034399">
      <w:rPr>
        <w:b/>
        <w:color w:val="000000"/>
        <w:sz w:val="17"/>
        <w:lang w:val="pt-BR"/>
      </w:rPr>
      <w:t>SORRISO  |</w:t>
    </w:r>
    <w:proofErr w:type="gramEnd"/>
    <w:r w:rsidRPr="00034399">
      <w:rPr>
        <w:b/>
        <w:color w:val="000000"/>
        <w:sz w:val="17"/>
        <w:lang w:val="pt-BR"/>
      </w:rPr>
      <w:t xml:space="preserve">  SEMFAZ</w:t>
    </w:r>
    <w:r w:rsidR="00FB7DBA" w:rsidRPr="00034399">
      <w:rPr>
        <w:b/>
        <w:color w:val="000000"/>
        <w:sz w:val="17"/>
        <w:lang w:val="pt-BR"/>
      </w:rPr>
      <w:t xml:space="preserve">  | DEPARTAMENTO DE TRIBUTAÇÃO E FISCALIZAÇÃO TRIBUTÁRIA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4944328">
    <w:abstractNumId w:val="8"/>
  </w:num>
  <w:num w:numId="2" w16cid:durableId="501356551">
    <w:abstractNumId w:val="6"/>
  </w:num>
  <w:num w:numId="3" w16cid:durableId="1289438719">
    <w:abstractNumId w:val="5"/>
  </w:num>
  <w:num w:numId="4" w16cid:durableId="1762487078">
    <w:abstractNumId w:val="4"/>
  </w:num>
  <w:num w:numId="5" w16cid:durableId="574972606">
    <w:abstractNumId w:val="7"/>
  </w:num>
  <w:num w:numId="6" w16cid:durableId="848759320">
    <w:abstractNumId w:val="3"/>
  </w:num>
  <w:num w:numId="7" w16cid:durableId="447773457">
    <w:abstractNumId w:val="2"/>
  </w:num>
  <w:num w:numId="8" w16cid:durableId="391125165">
    <w:abstractNumId w:val="1"/>
  </w:num>
  <w:num w:numId="9" w16cid:durableId="1498305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399"/>
    <w:rsid w:val="00034616"/>
    <w:rsid w:val="0006063C"/>
    <w:rsid w:val="0015074B"/>
    <w:rsid w:val="0029639D"/>
    <w:rsid w:val="00326F90"/>
    <w:rsid w:val="005169AD"/>
    <w:rsid w:val="007359F3"/>
    <w:rsid w:val="00AA1D8D"/>
    <w:rsid w:val="00AF1783"/>
    <w:rsid w:val="00B47730"/>
    <w:rsid w:val="00CB0664"/>
    <w:rsid w:val="00DC5839"/>
    <w:rsid w:val="00E56F41"/>
    <w:rsid w:val="00FB7DBA"/>
    <w:rsid w:val="00FC693F"/>
    <w:rsid w:val="00FE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74D436"/>
  <w14:defaultImageDpi w14:val="300"/>
  <w15:docId w15:val="{B51B38CE-238B-4AD3-A932-BF004881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Nimbus Sans" w:hAnsi="Nimbus Sans"/>
      <w:color w:val="181D22"/>
      <w:sz w:val="19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40"/>
      <w:outlineLvl w:val="0"/>
    </w:pPr>
    <w:rPr>
      <w:b/>
      <w:bCs/>
      <w:color w:val="000000"/>
      <w:sz w:val="2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20"/>
      <w:outlineLvl w:val="1"/>
    </w:pPr>
    <w:rPr>
      <w:b/>
      <w:bCs/>
      <w:color w:val="000000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spacing w:after="100" w:line="240" w:lineRule="auto"/>
      <w:contextualSpacing/>
    </w:pPr>
    <w:rPr>
      <w:b/>
      <w:color w:val="000000"/>
      <w:spacing w:val="5"/>
      <w:kern w:val="28"/>
      <w:sz w:val="34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basedOn w:val="Normal"/>
    <w:pPr>
      <w:spacing w:after="60" w:line="252" w:lineRule="auto"/>
    </w:pPr>
    <w:rPr>
      <w:color w:val="464C52"/>
      <w:sz w:val="16"/>
    </w:rPr>
  </w:style>
  <w:style w:type="paragraph" w:customStyle="1" w:styleId="Checklist">
    <w:name w:val="Checklist"/>
    <w:basedOn w:val="Normal"/>
    <w:pPr>
      <w:spacing w:after="86" w:line="259" w:lineRule="auto"/>
      <w:ind w:left="187" w:hanging="187"/>
    </w:pPr>
    <w:rPr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1638</Words>
  <Characters>8849</Characters>
  <Application>Microsoft Office Word</Application>
  <DocSecurity>0</DocSecurity>
  <Lines>73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Requerimento de adesão ao PROMCIC</vt:lpstr>
      <vt:lpstr/>
    </vt:vector>
  </TitlesOfParts>
  <Manager/>
  <Company/>
  <LinksUpToDate>false</LinksUpToDate>
  <CharactersWithSpaces>10467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de adesão ao PROMCIC</dc:title>
  <dc:subject>Modelo conceitual de requerimento e rol de documentos conforme a Lei Municipal nº 3.948/2026</dc:subject>
  <dc:creator>Secretaria Municipal de Fazenda de Sorriso - modelo conceitual</dc:creator>
  <cp:keywords/>
  <dc:description>generated by python-docx</dc:description>
  <cp:lastModifiedBy>NADIA ROBERTA MASTELLA</cp:lastModifiedBy>
  <cp:revision>2</cp:revision>
  <dcterms:created xsi:type="dcterms:W3CDTF">2026-09-24T11:31:00Z</dcterms:created>
  <dcterms:modified xsi:type="dcterms:W3CDTF">2026-09-24T11:31:00Z</dcterms:modified>
  <cp:category/>
</cp:coreProperties>
</file>